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69"/>
      </w:tblGrid>
      <w:tr w:rsidR="009775D3" w14:paraId="6320BA20" w14:textId="77777777">
        <w:trPr>
          <w:jc w:val="center"/>
        </w:trPr>
        <w:tc>
          <w:tcPr>
            <w:tcW w:w="10469" w:type="dxa"/>
            <w:shd w:val="clear" w:color="auto" w:fill="0D3A66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5537304" w14:textId="77777777" w:rsidR="009775D3" w:rsidRDefault="00000000">
            <w:pPr>
              <w:spacing w:after="40"/>
            </w:pPr>
            <w:r>
              <w:rPr>
                <w:rFonts w:ascii="Arial" w:hAnsi="Arial"/>
                <w:b/>
                <w:color w:val="F05A00"/>
                <w:sz w:val="17"/>
              </w:rPr>
              <w:t>QIKINK D2C LAUNCH KIT</w:t>
            </w:r>
          </w:p>
          <w:p w14:paraId="2D7028E9" w14:textId="77777777" w:rsidR="009775D3" w:rsidRDefault="00000000">
            <w:pPr>
              <w:spacing w:before="40" w:after="40"/>
            </w:pPr>
            <w:r>
              <w:rPr>
                <w:rFonts w:ascii="Arial" w:hAnsi="Arial"/>
                <w:b/>
                <w:color w:val="FFFFFF"/>
                <w:sz w:val="30"/>
              </w:rPr>
              <w:t>D2C BRAND LAUNCH CHECKLIST</w:t>
            </w:r>
          </w:p>
          <w:p w14:paraId="42DE3EEC" w14:textId="77777777" w:rsidR="009775D3" w:rsidRDefault="00000000">
            <w:pPr>
              <w:spacing w:after="0"/>
            </w:pPr>
            <w:r>
              <w:rPr>
                <w:rFonts w:ascii="Arial" w:hAnsi="Arial"/>
                <w:color w:val="DDDDDD"/>
                <w:sz w:val="18"/>
              </w:rPr>
              <w:t>A practical 2-step checklist to choose your product, build your store, and decide how you'll fulfil orders.</w:t>
            </w:r>
          </w:p>
        </w:tc>
      </w:tr>
    </w:tbl>
    <w:p w14:paraId="79914805" w14:textId="77777777" w:rsidR="009775D3" w:rsidRDefault="009775D3">
      <w:pPr>
        <w:spacing w:before="60"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34"/>
        <w:gridCol w:w="5234"/>
      </w:tblGrid>
      <w:tr w:rsidR="009775D3" w14:paraId="4D51659B" w14:textId="77777777">
        <w:trPr>
          <w:jc w:val="center"/>
        </w:trPr>
        <w:tc>
          <w:tcPr>
            <w:tcW w:w="5234" w:type="dxa"/>
            <w:shd w:val="clear" w:color="auto" w:fill="F05A0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84E552" w14:textId="77777777" w:rsidR="009775D3" w:rsidRDefault="00000000"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</w:rPr>
              <w:t>01</w:t>
            </w:r>
          </w:p>
        </w:tc>
        <w:tc>
          <w:tcPr>
            <w:tcW w:w="5234" w:type="dxa"/>
            <w:shd w:val="clear" w:color="auto" w:fill="F0F4F8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65E5E38" w14:textId="77777777" w:rsidR="009775D3" w:rsidRDefault="00000000">
            <w:pPr>
              <w:spacing w:after="0"/>
            </w:pPr>
            <w:r>
              <w:rPr>
                <w:rFonts w:ascii="Arial" w:hAnsi="Arial"/>
                <w:b/>
                <w:color w:val="0D3A66"/>
                <w:sz w:val="21"/>
              </w:rPr>
              <w:t>CHOOSE YOUR PRODUCT CATEGORY</w:t>
            </w:r>
          </w:p>
        </w:tc>
      </w:tr>
    </w:tbl>
    <w:tbl>
      <w:tblPr>
        <w:tblW w:w="0" w:type="auto"/>
        <w:jc w:val="center"/>
        <w:tblBorders>
          <w:top w:val="single" w:sz="4" w:space="0" w:color="E0E0E0"/>
          <w:bottom w:val="single" w:sz="4" w:space="0" w:color="E0E0E0"/>
          <w:insideH w:val="single" w:sz="4" w:space="0" w:color="E0E0E0"/>
        </w:tblBorders>
        <w:tblLook w:val="04A0" w:firstRow="1" w:lastRow="0" w:firstColumn="1" w:lastColumn="0" w:noHBand="0" w:noVBand="1"/>
      </w:tblPr>
      <w:tblGrid>
        <w:gridCol w:w="504"/>
        <w:gridCol w:w="9965"/>
      </w:tblGrid>
      <w:tr w:rsidR="009775D3" w14:paraId="0265FE29" w14:textId="77777777">
        <w:trPr>
          <w:jc w:val="center"/>
        </w:trPr>
        <w:tc>
          <w:tcPr>
            <w:tcW w:w="50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0097B0" w14:textId="77777777" w:rsidR="00BF0038" w:rsidRDefault="00BF0038">
            <w:pPr>
              <w:spacing w:after="0"/>
              <w:jc w:val="center"/>
              <w:rPr>
                <w:rFonts w:ascii="Arial" w:hAnsi="Arial"/>
                <w:b/>
                <w:color w:val="F05A00"/>
              </w:rPr>
            </w:pPr>
          </w:p>
          <w:sdt>
            <w:sdtPr>
              <w:rPr>
                <w:rFonts w:ascii="Arial" w:hAnsi="Arial"/>
                <w:b/>
                <w:color w:val="F05A00"/>
              </w:rPr>
              <w:id w:val="-479856461"/>
              <w14:checkbox>
                <w14:checked w14:val="0"/>
                <w14:checkedState w14:val="2611" w14:font="Segoe UI Symbol"/>
                <w14:uncheckedState w14:val="2610" w14:font="MS Gothic"/>
              </w14:checkbox>
            </w:sdtPr>
            <w:sdtContent>
              <w:p w14:paraId="46B3CE4A" w14:textId="6D6BA3FB" w:rsidR="009775D3" w:rsidRDefault="00BF0038">
                <w:pPr>
                  <w:spacing w:after="0"/>
                  <w:jc w:val="center"/>
                </w:pPr>
                <w:r>
                  <w:rPr>
                    <w:rFonts w:ascii="MS Gothic" w:eastAsia="MS Gothic" w:hAnsi="MS Gothic" w:hint="eastAsia"/>
                    <w:b/>
                    <w:color w:val="F05A00"/>
                  </w:rPr>
                  <w:t>☐</w:t>
                </w:r>
              </w:p>
            </w:sdtContent>
          </w:sdt>
        </w:tc>
        <w:tc>
          <w:tcPr>
            <w:tcW w:w="9965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1E3C5F6" w14:textId="77777777" w:rsidR="00BF0038" w:rsidRDefault="00BF0038">
            <w:pPr>
              <w:spacing w:after="0"/>
              <w:rPr>
                <w:rFonts w:ascii="Arial" w:hAnsi="Arial"/>
                <w:b/>
                <w:color w:val="222222"/>
                <w:sz w:val="18"/>
              </w:rPr>
            </w:pPr>
          </w:p>
          <w:p w14:paraId="7AFDC4B2" w14:textId="15F9F975" w:rsidR="009775D3" w:rsidRDefault="00000000">
            <w:pPr>
              <w:spacing w:after="0"/>
            </w:pPr>
            <w:r>
              <w:rPr>
                <w:rFonts w:ascii="Arial" w:hAnsi="Arial"/>
                <w:b/>
                <w:color w:val="222222"/>
                <w:sz w:val="18"/>
              </w:rPr>
              <w:t>Define your niche &amp; target customer</w:t>
            </w:r>
          </w:p>
          <w:p w14:paraId="746FDC5E" w14:textId="77777777" w:rsidR="009775D3" w:rsidRDefault="00000000">
            <w:pPr>
              <w:spacing w:before="20" w:after="0"/>
            </w:pPr>
            <w:r>
              <w:rPr>
                <w:rFonts w:ascii="Arial" w:hAnsi="Arial"/>
                <w:color w:val="555555"/>
                <w:sz w:val="17"/>
              </w:rPr>
              <w:t>Identify a specific audience, their needs, buying behaviour, and the problem your product solves.</w:t>
            </w:r>
          </w:p>
        </w:tc>
      </w:tr>
      <w:tr w:rsidR="009775D3" w14:paraId="1C5E1C03" w14:textId="77777777">
        <w:trPr>
          <w:jc w:val="center"/>
        </w:trPr>
        <w:tc>
          <w:tcPr>
            <w:tcW w:w="50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sdt>
            <w:sdtPr>
              <w:rPr>
                <w:rFonts w:ascii="Arial" w:hAnsi="Arial"/>
                <w:b/>
                <w:color w:val="F05A00"/>
              </w:rPr>
              <w:id w:val="-1675259661"/>
              <w14:checkbox>
                <w14:checked w14:val="0"/>
                <w14:checkedState w14:val="2611" w14:font="Segoe UI Symbol"/>
                <w14:uncheckedState w14:val="2610" w14:font="MS Gothic"/>
              </w14:checkbox>
            </w:sdtPr>
            <w:sdtContent>
              <w:p w14:paraId="1DD40FB0" w14:textId="6F0B262D" w:rsidR="009775D3" w:rsidRPr="00BF0038" w:rsidRDefault="00BF0038" w:rsidP="00BF0038">
                <w:pPr>
                  <w:spacing w:after="0"/>
                  <w:jc w:val="center"/>
                  <w:rPr>
                    <w:rFonts w:ascii="Arial" w:hAnsi="Arial"/>
                    <w:b/>
                    <w:color w:val="F05A0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F05A00"/>
                  </w:rPr>
                  <w:t>☐</w:t>
                </w:r>
              </w:p>
            </w:sdtContent>
          </w:sdt>
        </w:tc>
        <w:tc>
          <w:tcPr>
            <w:tcW w:w="9965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B6A8D88" w14:textId="77777777" w:rsidR="009775D3" w:rsidRDefault="00000000">
            <w:pPr>
              <w:spacing w:after="0"/>
            </w:pPr>
            <w:r>
              <w:rPr>
                <w:rFonts w:ascii="Arial" w:hAnsi="Arial"/>
                <w:b/>
                <w:color w:val="222222"/>
                <w:sz w:val="18"/>
              </w:rPr>
              <w:t>Research demand &amp; competition</w:t>
            </w:r>
          </w:p>
          <w:p w14:paraId="71C48CE5" w14:textId="77777777" w:rsidR="009775D3" w:rsidRDefault="00000000">
            <w:pPr>
              <w:spacing w:before="20" w:after="0"/>
            </w:pPr>
            <w:r>
              <w:rPr>
                <w:rFonts w:ascii="Arial" w:hAnsi="Arial"/>
                <w:color w:val="555555"/>
                <w:sz w:val="17"/>
              </w:rPr>
              <w:t>Look at existing brands, marketplaces, social media and search trends to understand what customers already buy.</w:t>
            </w:r>
          </w:p>
        </w:tc>
      </w:tr>
      <w:tr w:rsidR="009775D3" w14:paraId="062423C1" w14:textId="77777777">
        <w:trPr>
          <w:jc w:val="center"/>
        </w:trPr>
        <w:tc>
          <w:tcPr>
            <w:tcW w:w="50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sdt>
            <w:sdtPr>
              <w:rPr>
                <w:rFonts w:ascii="Arial" w:hAnsi="Arial"/>
                <w:b/>
                <w:color w:val="F05A00"/>
              </w:rPr>
              <w:id w:val="-1207333196"/>
              <w14:checkbox>
                <w14:checked w14:val="0"/>
                <w14:checkedState w14:val="2611" w14:font="Segoe UI Symbol"/>
                <w14:uncheckedState w14:val="2610" w14:font="MS Gothic"/>
              </w14:checkbox>
            </w:sdtPr>
            <w:sdtContent>
              <w:p w14:paraId="61656B71" w14:textId="0475A4DC" w:rsidR="009775D3" w:rsidRPr="00BF0038" w:rsidRDefault="00BF0038" w:rsidP="00BF0038">
                <w:pPr>
                  <w:spacing w:after="0"/>
                  <w:jc w:val="center"/>
                  <w:rPr>
                    <w:rFonts w:ascii="Arial" w:hAnsi="Arial"/>
                    <w:b/>
                    <w:color w:val="F05A0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F05A00"/>
                  </w:rPr>
                  <w:t>☐</w:t>
                </w:r>
              </w:p>
            </w:sdtContent>
          </w:sdt>
        </w:tc>
        <w:tc>
          <w:tcPr>
            <w:tcW w:w="9965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D7AB6A" w14:textId="77777777" w:rsidR="009775D3" w:rsidRDefault="00000000">
            <w:pPr>
              <w:spacing w:after="0"/>
            </w:pPr>
            <w:r>
              <w:rPr>
                <w:rFonts w:ascii="Arial" w:hAnsi="Arial"/>
                <w:b/>
                <w:color w:val="222222"/>
                <w:sz w:val="18"/>
              </w:rPr>
              <w:t>Check product economics</w:t>
            </w:r>
          </w:p>
          <w:p w14:paraId="0ED7C16D" w14:textId="77777777" w:rsidR="009775D3" w:rsidRDefault="00000000">
            <w:pPr>
              <w:spacing w:before="20" w:after="0"/>
            </w:pPr>
            <w:r>
              <w:rPr>
                <w:rFonts w:ascii="Arial" w:hAnsi="Arial"/>
                <w:color w:val="555555"/>
                <w:sz w:val="17"/>
              </w:rPr>
              <w:t>Estimate product cost, shipping, platform/payment costs and your target selling price before committing to the category.</w:t>
            </w:r>
          </w:p>
        </w:tc>
      </w:tr>
      <w:tr w:rsidR="009775D3" w14:paraId="758EF4C5" w14:textId="77777777">
        <w:trPr>
          <w:jc w:val="center"/>
        </w:trPr>
        <w:tc>
          <w:tcPr>
            <w:tcW w:w="50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sdt>
            <w:sdtPr>
              <w:rPr>
                <w:rFonts w:ascii="Arial" w:hAnsi="Arial"/>
                <w:b/>
                <w:color w:val="F05A00"/>
              </w:rPr>
              <w:id w:val="-1682959973"/>
              <w14:checkbox>
                <w14:checked w14:val="0"/>
                <w14:checkedState w14:val="2611" w14:font="Segoe UI Symbol"/>
                <w14:uncheckedState w14:val="2610" w14:font="MS Gothic"/>
              </w14:checkbox>
            </w:sdtPr>
            <w:sdtContent>
              <w:p w14:paraId="337C5C96" w14:textId="4B96F067" w:rsidR="009775D3" w:rsidRPr="00BF0038" w:rsidRDefault="00BF0038" w:rsidP="00BF0038">
                <w:pPr>
                  <w:spacing w:after="0"/>
                  <w:jc w:val="center"/>
                  <w:rPr>
                    <w:rFonts w:ascii="Arial" w:hAnsi="Arial"/>
                    <w:b/>
                    <w:color w:val="F05A0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F05A00"/>
                  </w:rPr>
                  <w:t>☐</w:t>
                </w:r>
              </w:p>
            </w:sdtContent>
          </w:sdt>
        </w:tc>
        <w:tc>
          <w:tcPr>
            <w:tcW w:w="9965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4F8A62E" w14:textId="77777777" w:rsidR="009775D3" w:rsidRDefault="00000000">
            <w:pPr>
              <w:spacing w:after="0"/>
            </w:pPr>
            <w:r>
              <w:rPr>
                <w:rFonts w:ascii="Arial" w:hAnsi="Arial"/>
                <w:b/>
                <w:color w:val="222222"/>
                <w:sz w:val="18"/>
              </w:rPr>
              <w:t>Identify your differentiation</w:t>
            </w:r>
          </w:p>
          <w:p w14:paraId="120C1BB0" w14:textId="77777777" w:rsidR="009775D3" w:rsidRDefault="00000000">
            <w:pPr>
              <w:spacing w:before="20" w:after="0"/>
            </w:pPr>
            <w:r>
              <w:rPr>
                <w:rFonts w:ascii="Arial" w:hAnsi="Arial"/>
                <w:color w:val="555555"/>
                <w:sz w:val="17"/>
              </w:rPr>
              <w:t>Decide what will make customers choose your brand — design, positioning, audience, product experience, customisation or another clear advantage.</w:t>
            </w:r>
          </w:p>
        </w:tc>
      </w:tr>
      <w:tr w:rsidR="009775D3" w14:paraId="4F885488" w14:textId="77777777">
        <w:trPr>
          <w:jc w:val="center"/>
        </w:trPr>
        <w:tc>
          <w:tcPr>
            <w:tcW w:w="50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sdt>
            <w:sdtPr>
              <w:rPr>
                <w:rFonts w:ascii="Arial" w:hAnsi="Arial"/>
                <w:b/>
                <w:color w:val="F05A00"/>
              </w:rPr>
              <w:id w:val="1900023614"/>
              <w14:checkbox>
                <w14:checked w14:val="0"/>
                <w14:checkedState w14:val="2611" w14:font="Segoe UI Symbol"/>
                <w14:uncheckedState w14:val="2610" w14:font="MS Gothic"/>
              </w14:checkbox>
            </w:sdtPr>
            <w:sdtContent>
              <w:p w14:paraId="08510E80" w14:textId="3CE1979B" w:rsidR="009775D3" w:rsidRPr="00BF0038" w:rsidRDefault="00BF0038" w:rsidP="00BF0038">
                <w:pPr>
                  <w:spacing w:after="0"/>
                  <w:jc w:val="center"/>
                  <w:rPr>
                    <w:rFonts w:ascii="Arial" w:hAnsi="Arial"/>
                    <w:b/>
                    <w:color w:val="F05A0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F05A00"/>
                  </w:rPr>
                  <w:t>☐</w:t>
                </w:r>
              </w:p>
            </w:sdtContent>
          </w:sdt>
        </w:tc>
        <w:tc>
          <w:tcPr>
            <w:tcW w:w="9965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8A5EB64" w14:textId="77777777" w:rsidR="009775D3" w:rsidRDefault="00000000">
            <w:pPr>
              <w:spacing w:after="0"/>
            </w:pPr>
            <w:r>
              <w:rPr>
                <w:rFonts w:ascii="Arial" w:hAnsi="Arial"/>
                <w:b/>
                <w:color w:val="222222"/>
                <w:sz w:val="18"/>
              </w:rPr>
              <w:t>Check fulfilment suitability</w:t>
            </w:r>
          </w:p>
          <w:p w14:paraId="00441939" w14:textId="77777777" w:rsidR="009775D3" w:rsidRDefault="00000000">
            <w:pPr>
              <w:spacing w:before="20" w:after="0"/>
            </w:pPr>
            <w:r>
              <w:rPr>
                <w:rFonts w:ascii="Arial" w:hAnsi="Arial"/>
                <w:color w:val="555555"/>
                <w:sz w:val="17"/>
              </w:rPr>
              <w:t>Make sure the product can be sourced and delivered reliably through the fulfilment model you plan to use.</w:t>
            </w:r>
          </w:p>
        </w:tc>
      </w:tr>
    </w:tbl>
    <w:p w14:paraId="3C1FC16C" w14:textId="77777777" w:rsidR="009775D3" w:rsidRDefault="009775D3">
      <w:pPr>
        <w:spacing w:before="60" w:after="0"/>
      </w:pPr>
    </w:p>
    <w:tbl>
      <w:tblPr>
        <w:tblW w:w="0" w:type="auto"/>
        <w:jc w:val="center"/>
        <w:tblBorders>
          <w:top w:val="single" w:sz="4" w:space="0" w:color="D0D0D0"/>
          <w:left w:val="single" w:sz="4" w:space="0" w:color="D0D0D0"/>
          <w:bottom w:val="single" w:sz="4" w:space="0" w:color="D0D0D0"/>
          <w:right w:val="single" w:sz="4" w:space="0" w:color="D0D0D0"/>
        </w:tblBorders>
        <w:tblLook w:val="04A0" w:firstRow="1" w:lastRow="0" w:firstColumn="1" w:lastColumn="0" w:noHBand="0" w:noVBand="1"/>
      </w:tblPr>
      <w:tblGrid>
        <w:gridCol w:w="10459"/>
      </w:tblGrid>
      <w:tr w:rsidR="009775D3" w14:paraId="2416D7EA" w14:textId="77777777">
        <w:trPr>
          <w:jc w:val="center"/>
        </w:trPr>
        <w:tc>
          <w:tcPr>
            <w:tcW w:w="10469" w:type="dxa"/>
            <w:shd w:val="clear" w:color="auto" w:fill="F8F9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4C1032" w14:textId="77777777" w:rsidR="009775D3" w:rsidRDefault="00000000">
            <w:pPr>
              <w:spacing w:after="80"/>
            </w:pPr>
            <w:r>
              <w:rPr>
                <w:rFonts w:ascii="Arial" w:hAnsi="Arial"/>
                <w:b/>
                <w:color w:val="0D3A66"/>
                <w:sz w:val="19"/>
              </w:rPr>
              <w:t>MY BRAND IDEA</w:t>
            </w:r>
          </w:p>
          <w:p w14:paraId="66161E56" w14:textId="77777777" w:rsidR="009775D3" w:rsidRDefault="00000000">
            <w:pPr>
              <w:spacing w:before="40" w:after="80"/>
            </w:pPr>
            <w:r>
              <w:rPr>
                <w:rFonts w:ascii="Arial" w:hAnsi="Arial"/>
                <w:b/>
                <w:color w:val="222222"/>
                <w:sz w:val="17"/>
              </w:rPr>
              <w:t xml:space="preserve">Target Product / Category: </w:t>
            </w:r>
            <w:r>
              <w:rPr>
                <w:rFonts w:ascii="Arial" w:hAnsi="Arial"/>
                <w:color w:val="BBBBBB"/>
                <w:sz w:val="16"/>
              </w:rPr>
              <w:br/>
              <w:t>__________________________________________________________________________________</w:t>
            </w:r>
          </w:p>
          <w:p w14:paraId="7996B0B7" w14:textId="77777777" w:rsidR="009775D3" w:rsidRDefault="00000000">
            <w:pPr>
              <w:spacing w:before="40" w:after="80"/>
            </w:pPr>
            <w:r>
              <w:rPr>
                <w:rFonts w:ascii="Arial" w:hAnsi="Arial"/>
                <w:b/>
                <w:color w:val="222222"/>
                <w:sz w:val="17"/>
              </w:rPr>
              <w:t xml:space="preserve">Target Customer: </w:t>
            </w:r>
            <w:r>
              <w:rPr>
                <w:rFonts w:ascii="Arial" w:hAnsi="Arial"/>
                <w:color w:val="BBBBBB"/>
                <w:sz w:val="16"/>
              </w:rPr>
              <w:br/>
              <w:t>__________________________________________________________________________________</w:t>
            </w:r>
          </w:p>
          <w:p w14:paraId="250656C4" w14:textId="77777777" w:rsidR="009775D3" w:rsidRDefault="00000000">
            <w:pPr>
              <w:spacing w:before="40" w:after="80"/>
            </w:pPr>
            <w:r>
              <w:rPr>
                <w:rFonts w:ascii="Arial" w:hAnsi="Arial"/>
                <w:b/>
                <w:color w:val="222222"/>
                <w:sz w:val="17"/>
              </w:rPr>
              <w:t xml:space="preserve">What makes my brand different: </w:t>
            </w:r>
            <w:r>
              <w:rPr>
                <w:rFonts w:ascii="Arial" w:hAnsi="Arial"/>
                <w:color w:val="BBBBBB"/>
                <w:sz w:val="16"/>
              </w:rPr>
              <w:br/>
              <w:t>__________________________________________________________________________________</w:t>
            </w:r>
          </w:p>
          <w:p w14:paraId="7F3B6176" w14:textId="77777777" w:rsidR="009775D3" w:rsidRDefault="00000000">
            <w:pPr>
              <w:spacing w:before="40" w:after="80"/>
            </w:pPr>
            <w:r>
              <w:rPr>
                <w:rFonts w:ascii="Arial" w:hAnsi="Arial"/>
                <w:b/>
                <w:color w:val="222222"/>
                <w:sz w:val="17"/>
              </w:rPr>
              <w:t xml:space="preserve">Category &amp; Positioning Notes: </w:t>
            </w:r>
            <w:r>
              <w:rPr>
                <w:rFonts w:ascii="Arial" w:hAnsi="Arial"/>
                <w:color w:val="BBBBBB"/>
                <w:sz w:val="16"/>
              </w:rPr>
              <w:br/>
              <w:t>__________________________________________________________________________________</w:t>
            </w:r>
          </w:p>
        </w:tc>
      </w:tr>
    </w:tbl>
    <w:p w14:paraId="1B660327" w14:textId="77777777" w:rsidR="009775D3" w:rsidRDefault="009775D3">
      <w:pPr>
        <w:spacing w:before="100"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34"/>
        <w:gridCol w:w="5234"/>
      </w:tblGrid>
      <w:tr w:rsidR="009775D3" w14:paraId="1ADC998B" w14:textId="77777777">
        <w:trPr>
          <w:jc w:val="center"/>
        </w:trPr>
        <w:tc>
          <w:tcPr>
            <w:tcW w:w="5234" w:type="dxa"/>
            <w:shd w:val="clear" w:color="auto" w:fill="F05A0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93AC29" w14:textId="77777777" w:rsidR="009775D3" w:rsidRDefault="00000000"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</w:rPr>
              <w:t>02</w:t>
            </w:r>
          </w:p>
        </w:tc>
        <w:tc>
          <w:tcPr>
            <w:tcW w:w="5234" w:type="dxa"/>
            <w:shd w:val="clear" w:color="auto" w:fill="F0F4F8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3407530" w14:textId="77777777" w:rsidR="009775D3" w:rsidRDefault="00000000">
            <w:pPr>
              <w:spacing w:after="0"/>
            </w:pPr>
            <w:r>
              <w:rPr>
                <w:rFonts w:ascii="Arial" w:hAnsi="Arial"/>
                <w:b/>
                <w:color w:val="0D3A66"/>
                <w:sz w:val="21"/>
              </w:rPr>
              <w:t>BUILD YOUR BRAND &amp; STORE</w:t>
            </w:r>
          </w:p>
        </w:tc>
      </w:tr>
    </w:tbl>
    <w:tbl>
      <w:tblPr>
        <w:tblW w:w="0" w:type="auto"/>
        <w:jc w:val="center"/>
        <w:tblBorders>
          <w:top w:val="single" w:sz="4" w:space="0" w:color="E0E0E0"/>
          <w:bottom w:val="single" w:sz="4" w:space="0" w:color="E0E0E0"/>
          <w:insideH w:val="single" w:sz="4" w:space="0" w:color="E0E0E0"/>
        </w:tblBorders>
        <w:tblLook w:val="04A0" w:firstRow="1" w:lastRow="0" w:firstColumn="1" w:lastColumn="0" w:noHBand="0" w:noVBand="1"/>
      </w:tblPr>
      <w:tblGrid>
        <w:gridCol w:w="504"/>
        <w:gridCol w:w="9965"/>
      </w:tblGrid>
      <w:tr w:rsidR="009775D3" w14:paraId="34684DFA" w14:textId="77777777">
        <w:trPr>
          <w:jc w:val="center"/>
        </w:trPr>
        <w:tc>
          <w:tcPr>
            <w:tcW w:w="50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F304C7" w14:textId="77777777" w:rsidR="00BF0038" w:rsidRDefault="00BF0038">
            <w:pPr>
              <w:spacing w:after="0"/>
              <w:jc w:val="center"/>
              <w:rPr>
                <w:rFonts w:ascii="Arial" w:hAnsi="Arial"/>
                <w:b/>
                <w:color w:val="F05A00"/>
              </w:rPr>
            </w:pPr>
          </w:p>
          <w:sdt>
            <w:sdtPr>
              <w:rPr>
                <w:rFonts w:ascii="Arial" w:hAnsi="Arial"/>
                <w:b/>
                <w:color w:val="F05A00"/>
              </w:rPr>
              <w:id w:val="1764025504"/>
              <w14:checkbox>
                <w14:checked w14:val="0"/>
                <w14:checkedState w14:val="2611" w14:font="Segoe UI Symbol"/>
                <w14:uncheckedState w14:val="2610" w14:font="MS Gothic"/>
              </w14:checkbox>
            </w:sdtPr>
            <w:sdtContent>
              <w:p w14:paraId="1BFB1A94" w14:textId="6DF17A24" w:rsidR="009775D3" w:rsidRPr="00BF0038" w:rsidRDefault="00BF0038" w:rsidP="00BF0038">
                <w:pPr>
                  <w:spacing w:after="0"/>
                  <w:jc w:val="center"/>
                  <w:rPr>
                    <w:rFonts w:ascii="Arial" w:hAnsi="Arial"/>
                    <w:b/>
                    <w:color w:val="F05A0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F05A00"/>
                  </w:rPr>
                  <w:t>☐</w:t>
                </w:r>
              </w:p>
            </w:sdtContent>
          </w:sdt>
        </w:tc>
        <w:tc>
          <w:tcPr>
            <w:tcW w:w="9965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8FF674" w14:textId="77777777" w:rsidR="00BF0038" w:rsidRDefault="00BF0038">
            <w:pPr>
              <w:spacing w:after="0"/>
              <w:rPr>
                <w:rFonts w:ascii="Arial" w:hAnsi="Arial"/>
                <w:b/>
                <w:color w:val="222222"/>
                <w:sz w:val="18"/>
              </w:rPr>
            </w:pPr>
          </w:p>
          <w:p w14:paraId="0B375245" w14:textId="4DC80C62" w:rsidR="009775D3" w:rsidRDefault="00000000">
            <w:pPr>
              <w:spacing w:after="0"/>
            </w:pPr>
            <w:r>
              <w:rPr>
                <w:rFonts w:ascii="Arial" w:hAnsi="Arial"/>
                <w:b/>
                <w:color w:val="222222"/>
                <w:sz w:val="18"/>
              </w:rPr>
              <w:t>Choose your brand name &amp; domain</w:t>
            </w:r>
          </w:p>
          <w:p w14:paraId="645BE4E0" w14:textId="77777777" w:rsidR="009775D3" w:rsidRDefault="00000000">
            <w:pPr>
              <w:spacing w:before="20" w:after="0"/>
            </w:pPr>
            <w:r>
              <w:rPr>
                <w:rFonts w:ascii="Arial" w:hAnsi="Arial"/>
                <w:color w:val="555555"/>
                <w:sz w:val="17"/>
              </w:rPr>
              <w:t>Pick a name that is memorable, easy to spell and suitable for your target audience.</w:t>
            </w:r>
          </w:p>
        </w:tc>
      </w:tr>
      <w:tr w:rsidR="009775D3" w14:paraId="1F04C74B" w14:textId="77777777">
        <w:trPr>
          <w:jc w:val="center"/>
        </w:trPr>
        <w:tc>
          <w:tcPr>
            <w:tcW w:w="50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sdt>
            <w:sdtPr>
              <w:rPr>
                <w:rFonts w:ascii="Arial" w:hAnsi="Arial"/>
                <w:b/>
                <w:color w:val="F05A00"/>
              </w:rPr>
              <w:id w:val="-1799830774"/>
              <w14:checkbox>
                <w14:checked w14:val="0"/>
                <w14:checkedState w14:val="2611" w14:font="Segoe UI Symbol"/>
                <w14:uncheckedState w14:val="2610" w14:font="MS Gothic"/>
              </w14:checkbox>
            </w:sdtPr>
            <w:sdtContent>
              <w:p w14:paraId="2084392D" w14:textId="34DAAA7D" w:rsidR="009775D3" w:rsidRPr="00BF0038" w:rsidRDefault="00BF0038" w:rsidP="00BF0038">
                <w:pPr>
                  <w:spacing w:after="0"/>
                  <w:jc w:val="center"/>
                  <w:rPr>
                    <w:rFonts w:ascii="Arial" w:hAnsi="Arial"/>
                    <w:b/>
                    <w:color w:val="F05A0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F05A00"/>
                  </w:rPr>
                  <w:t>☐</w:t>
                </w:r>
              </w:p>
            </w:sdtContent>
          </w:sdt>
        </w:tc>
        <w:tc>
          <w:tcPr>
            <w:tcW w:w="9965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924686" w14:textId="77777777" w:rsidR="009775D3" w:rsidRDefault="00000000">
            <w:pPr>
              <w:spacing w:after="0"/>
            </w:pPr>
            <w:r>
              <w:rPr>
                <w:rFonts w:ascii="Arial" w:hAnsi="Arial"/>
                <w:b/>
                <w:color w:val="222222"/>
                <w:sz w:val="18"/>
              </w:rPr>
              <w:t>Create your basic brand identity</w:t>
            </w:r>
          </w:p>
          <w:p w14:paraId="05A827A0" w14:textId="77777777" w:rsidR="009775D3" w:rsidRDefault="00000000">
            <w:pPr>
              <w:spacing w:before="20" w:after="0"/>
            </w:pPr>
            <w:r>
              <w:rPr>
                <w:rFonts w:ascii="Arial" w:hAnsi="Arial"/>
                <w:color w:val="555555"/>
                <w:sz w:val="17"/>
              </w:rPr>
              <w:t>Define your logo, colours, fonts and visual style so your store feels consistent.</w:t>
            </w:r>
          </w:p>
        </w:tc>
      </w:tr>
      <w:tr w:rsidR="009775D3" w14:paraId="3B8CC430" w14:textId="77777777">
        <w:trPr>
          <w:jc w:val="center"/>
        </w:trPr>
        <w:tc>
          <w:tcPr>
            <w:tcW w:w="50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sdt>
            <w:sdtPr>
              <w:rPr>
                <w:rFonts w:ascii="Arial" w:hAnsi="Arial"/>
                <w:b/>
                <w:color w:val="F05A00"/>
              </w:rPr>
              <w:id w:val="1087955167"/>
              <w14:checkbox>
                <w14:checked w14:val="0"/>
                <w14:checkedState w14:val="2611" w14:font="Segoe UI Symbol"/>
                <w14:uncheckedState w14:val="2610" w14:font="MS Gothic"/>
              </w14:checkbox>
            </w:sdtPr>
            <w:sdtContent>
              <w:p w14:paraId="155E5B7F" w14:textId="6BEED84F" w:rsidR="009775D3" w:rsidRPr="00BF0038" w:rsidRDefault="00BF0038" w:rsidP="00BF0038">
                <w:pPr>
                  <w:spacing w:after="0"/>
                  <w:jc w:val="center"/>
                  <w:rPr>
                    <w:rFonts w:ascii="Arial" w:hAnsi="Arial"/>
                    <w:b/>
                    <w:color w:val="F05A0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F05A00"/>
                  </w:rPr>
                  <w:t>☐</w:t>
                </w:r>
              </w:p>
            </w:sdtContent>
          </w:sdt>
        </w:tc>
        <w:tc>
          <w:tcPr>
            <w:tcW w:w="9965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E8C30B" w14:textId="77777777" w:rsidR="009775D3" w:rsidRDefault="00000000">
            <w:pPr>
              <w:spacing w:after="0"/>
            </w:pPr>
            <w:r>
              <w:rPr>
                <w:rFonts w:ascii="Arial" w:hAnsi="Arial"/>
                <w:b/>
                <w:color w:val="222222"/>
                <w:sz w:val="18"/>
              </w:rPr>
              <w:t>Choose your e-commerce platform</w:t>
            </w:r>
          </w:p>
          <w:p w14:paraId="7F8F67C4" w14:textId="77777777" w:rsidR="009775D3" w:rsidRDefault="00000000">
            <w:pPr>
              <w:spacing w:before="20" w:after="0"/>
            </w:pPr>
            <w:r>
              <w:rPr>
                <w:rFonts w:ascii="Arial" w:hAnsi="Arial"/>
                <w:color w:val="555555"/>
                <w:sz w:val="17"/>
              </w:rPr>
              <w:t>Select the platform that fits your budget, technical requirements and growth plans.</w:t>
            </w:r>
          </w:p>
        </w:tc>
      </w:tr>
      <w:tr w:rsidR="009775D3" w14:paraId="7E8F91F9" w14:textId="77777777">
        <w:trPr>
          <w:jc w:val="center"/>
        </w:trPr>
        <w:tc>
          <w:tcPr>
            <w:tcW w:w="50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sdt>
            <w:sdtPr>
              <w:rPr>
                <w:rFonts w:ascii="Arial" w:hAnsi="Arial"/>
                <w:b/>
                <w:color w:val="F05A00"/>
              </w:rPr>
              <w:id w:val="280696912"/>
              <w14:checkbox>
                <w14:checked w14:val="0"/>
                <w14:checkedState w14:val="2611" w14:font="Segoe UI Symbol"/>
                <w14:uncheckedState w14:val="2610" w14:font="MS Gothic"/>
              </w14:checkbox>
            </w:sdtPr>
            <w:sdtContent>
              <w:p w14:paraId="224F3430" w14:textId="5C9A5DA6" w:rsidR="009775D3" w:rsidRPr="00BF0038" w:rsidRDefault="00BF0038" w:rsidP="00BF0038">
                <w:pPr>
                  <w:spacing w:after="0"/>
                  <w:jc w:val="center"/>
                  <w:rPr>
                    <w:rFonts w:ascii="Arial" w:hAnsi="Arial"/>
                    <w:b/>
                    <w:color w:val="F05A0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F05A00"/>
                  </w:rPr>
                  <w:t>☐</w:t>
                </w:r>
              </w:p>
            </w:sdtContent>
          </w:sdt>
        </w:tc>
        <w:tc>
          <w:tcPr>
            <w:tcW w:w="9965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91EB9B" w14:textId="77777777" w:rsidR="009775D3" w:rsidRDefault="00000000">
            <w:pPr>
              <w:spacing w:after="0"/>
            </w:pPr>
            <w:r>
              <w:rPr>
                <w:rFonts w:ascii="Arial" w:hAnsi="Arial"/>
                <w:b/>
                <w:color w:val="222222"/>
                <w:sz w:val="18"/>
              </w:rPr>
              <w:t>Build your product pages</w:t>
            </w:r>
          </w:p>
          <w:p w14:paraId="20086ECE" w14:textId="77777777" w:rsidR="009775D3" w:rsidRDefault="00000000">
            <w:pPr>
              <w:spacing w:before="20" w:after="0"/>
            </w:pPr>
            <w:r>
              <w:rPr>
                <w:rFonts w:ascii="Arial" w:hAnsi="Arial"/>
                <w:color w:val="555555"/>
                <w:sz w:val="17"/>
              </w:rPr>
              <w:t>Add clear product photos/mockups, descriptions, pricing, variants and key product information.</w:t>
            </w:r>
          </w:p>
        </w:tc>
      </w:tr>
      <w:tr w:rsidR="009775D3" w14:paraId="2AADB881" w14:textId="77777777">
        <w:trPr>
          <w:jc w:val="center"/>
        </w:trPr>
        <w:tc>
          <w:tcPr>
            <w:tcW w:w="50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sdt>
            <w:sdtPr>
              <w:rPr>
                <w:rFonts w:ascii="Arial" w:hAnsi="Arial"/>
                <w:b/>
                <w:color w:val="F05A00"/>
              </w:rPr>
              <w:id w:val="1494141088"/>
              <w14:checkbox>
                <w14:checked w14:val="0"/>
                <w14:checkedState w14:val="2611" w14:font="Segoe UI Symbol"/>
                <w14:uncheckedState w14:val="2610" w14:font="MS Gothic"/>
              </w14:checkbox>
            </w:sdtPr>
            <w:sdtContent>
              <w:p w14:paraId="64E0060D" w14:textId="1B9E7EBC" w:rsidR="009775D3" w:rsidRPr="00BF0038" w:rsidRDefault="00BF0038" w:rsidP="00BF0038">
                <w:pPr>
                  <w:spacing w:after="0"/>
                  <w:jc w:val="center"/>
                  <w:rPr>
                    <w:rFonts w:ascii="Arial" w:hAnsi="Arial"/>
                    <w:b/>
                    <w:color w:val="F05A0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F05A00"/>
                  </w:rPr>
                  <w:t>☐</w:t>
                </w:r>
              </w:p>
            </w:sdtContent>
          </w:sdt>
        </w:tc>
        <w:tc>
          <w:tcPr>
            <w:tcW w:w="9965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54FFA9" w14:textId="77777777" w:rsidR="009775D3" w:rsidRDefault="00000000">
            <w:pPr>
              <w:spacing w:after="0"/>
            </w:pPr>
            <w:r>
              <w:rPr>
                <w:rFonts w:ascii="Arial" w:hAnsi="Arial"/>
                <w:b/>
                <w:color w:val="222222"/>
                <w:sz w:val="18"/>
              </w:rPr>
              <w:t>Set up essential store information</w:t>
            </w:r>
          </w:p>
          <w:p w14:paraId="34E0AF31" w14:textId="77777777" w:rsidR="009775D3" w:rsidRDefault="00000000">
            <w:pPr>
              <w:spacing w:before="20" w:after="0"/>
            </w:pPr>
            <w:r>
              <w:rPr>
                <w:rFonts w:ascii="Arial" w:hAnsi="Arial"/>
                <w:color w:val="555555"/>
                <w:sz w:val="17"/>
              </w:rPr>
              <w:t>Add contact details, shipping information, return/refund policies and other pages customers need before buying.</w:t>
            </w:r>
          </w:p>
        </w:tc>
      </w:tr>
      <w:tr w:rsidR="009775D3" w14:paraId="314B11DF" w14:textId="77777777">
        <w:trPr>
          <w:jc w:val="center"/>
        </w:trPr>
        <w:tc>
          <w:tcPr>
            <w:tcW w:w="50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sdt>
            <w:sdtPr>
              <w:rPr>
                <w:rFonts w:ascii="Arial" w:hAnsi="Arial"/>
                <w:b/>
                <w:color w:val="F05A00"/>
              </w:rPr>
              <w:id w:val="2048489491"/>
              <w14:checkbox>
                <w14:checked w14:val="0"/>
                <w14:checkedState w14:val="2611" w14:font="Segoe UI Symbol"/>
                <w14:uncheckedState w14:val="2610" w14:font="MS Gothic"/>
              </w14:checkbox>
            </w:sdtPr>
            <w:sdtContent>
              <w:p w14:paraId="658BF9B3" w14:textId="717744E8" w:rsidR="009775D3" w:rsidRPr="00BF0038" w:rsidRDefault="00BF0038" w:rsidP="00BF0038">
                <w:pPr>
                  <w:spacing w:after="0"/>
                  <w:jc w:val="center"/>
                  <w:rPr>
                    <w:rFonts w:ascii="Arial" w:hAnsi="Arial"/>
                    <w:b/>
                    <w:color w:val="F05A0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F05A00"/>
                  </w:rPr>
                  <w:t>☐</w:t>
                </w:r>
              </w:p>
            </w:sdtContent>
          </w:sdt>
        </w:tc>
        <w:tc>
          <w:tcPr>
            <w:tcW w:w="9965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5F73F80" w14:textId="77777777" w:rsidR="009775D3" w:rsidRDefault="00000000">
            <w:pPr>
              <w:spacing w:after="0"/>
            </w:pPr>
            <w:r>
              <w:rPr>
                <w:rFonts w:ascii="Arial" w:hAnsi="Arial"/>
                <w:b/>
                <w:color w:val="222222"/>
                <w:sz w:val="18"/>
              </w:rPr>
              <w:t>Test the customer journey</w:t>
            </w:r>
          </w:p>
          <w:p w14:paraId="394BF036" w14:textId="77777777" w:rsidR="009775D3" w:rsidRDefault="00000000">
            <w:pPr>
              <w:spacing w:before="20" w:after="0"/>
            </w:pPr>
            <w:r>
              <w:rPr>
                <w:rFonts w:ascii="Arial" w:hAnsi="Arial"/>
                <w:color w:val="555555"/>
                <w:sz w:val="17"/>
              </w:rPr>
              <w:t>Check your store on mobile and desktop and test the complete journey from product page to checkout.</w:t>
            </w:r>
          </w:p>
        </w:tc>
      </w:tr>
    </w:tbl>
    <w:p w14:paraId="27F97214" w14:textId="77777777" w:rsidR="009775D3" w:rsidRDefault="009775D3">
      <w:pPr>
        <w:spacing w:before="60" w:after="0"/>
      </w:pPr>
    </w:p>
    <w:tbl>
      <w:tblPr>
        <w:tblW w:w="0" w:type="auto"/>
        <w:jc w:val="center"/>
        <w:tblBorders>
          <w:top w:val="single" w:sz="4" w:space="0" w:color="D0D0D0"/>
          <w:left w:val="single" w:sz="4" w:space="0" w:color="D0D0D0"/>
          <w:bottom w:val="single" w:sz="4" w:space="0" w:color="D0D0D0"/>
          <w:right w:val="single" w:sz="4" w:space="0" w:color="D0D0D0"/>
        </w:tblBorders>
        <w:tblLook w:val="04A0" w:firstRow="1" w:lastRow="0" w:firstColumn="1" w:lastColumn="0" w:noHBand="0" w:noVBand="1"/>
      </w:tblPr>
      <w:tblGrid>
        <w:gridCol w:w="10459"/>
      </w:tblGrid>
      <w:tr w:rsidR="009775D3" w14:paraId="0F308700" w14:textId="77777777">
        <w:trPr>
          <w:jc w:val="center"/>
        </w:trPr>
        <w:tc>
          <w:tcPr>
            <w:tcW w:w="10469" w:type="dxa"/>
            <w:shd w:val="clear" w:color="auto" w:fill="F8F9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9A297B" w14:textId="77777777" w:rsidR="009775D3" w:rsidRDefault="00000000">
            <w:pPr>
              <w:spacing w:after="80"/>
            </w:pPr>
            <w:r>
              <w:rPr>
                <w:rFonts w:ascii="Arial" w:hAnsi="Arial"/>
                <w:b/>
                <w:color w:val="0D3A66"/>
                <w:sz w:val="19"/>
              </w:rPr>
              <w:t>MY STORE</w:t>
            </w:r>
          </w:p>
          <w:p w14:paraId="603620B5" w14:textId="77777777" w:rsidR="009775D3" w:rsidRDefault="00000000">
            <w:pPr>
              <w:spacing w:before="40" w:after="80"/>
            </w:pPr>
            <w:r>
              <w:rPr>
                <w:rFonts w:ascii="Arial" w:hAnsi="Arial"/>
                <w:b/>
                <w:color w:val="222222"/>
                <w:sz w:val="17"/>
              </w:rPr>
              <w:t xml:space="preserve">Brand Name: </w:t>
            </w:r>
            <w:r>
              <w:rPr>
                <w:rFonts w:ascii="Arial" w:hAnsi="Arial"/>
                <w:color w:val="BBBBBB"/>
                <w:sz w:val="16"/>
              </w:rPr>
              <w:br/>
              <w:t>__________________________________________________________________________________</w:t>
            </w:r>
          </w:p>
          <w:p w14:paraId="1791B578" w14:textId="77777777" w:rsidR="009775D3" w:rsidRDefault="00000000">
            <w:pPr>
              <w:spacing w:before="40" w:after="80"/>
            </w:pPr>
            <w:r>
              <w:rPr>
                <w:rFonts w:ascii="Arial" w:hAnsi="Arial"/>
                <w:b/>
                <w:color w:val="222222"/>
                <w:sz w:val="17"/>
              </w:rPr>
              <w:t xml:space="preserve">Domain: </w:t>
            </w:r>
            <w:r>
              <w:rPr>
                <w:rFonts w:ascii="Arial" w:hAnsi="Arial"/>
                <w:color w:val="BBBBBB"/>
                <w:sz w:val="16"/>
              </w:rPr>
              <w:br/>
              <w:t>__________________________________________________________________________________</w:t>
            </w:r>
          </w:p>
          <w:p w14:paraId="4BEB7DC8" w14:textId="77777777" w:rsidR="009775D3" w:rsidRDefault="00000000">
            <w:pPr>
              <w:spacing w:before="40" w:after="80"/>
            </w:pPr>
            <w:r>
              <w:rPr>
                <w:rFonts w:ascii="Arial" w:hAnsi="Arial"/>
                <w:b/>
                <w:color w:val="222222"/>
                <w:sz w:val="17"/>
              </w:rPr>
              <w:t xml:space="preserve">Store Platform: </w:t>
            </w:r>
            <w:r>
              <w:rPr>
                <w:rFonts w:ascii="Arial" w:hAnsi="Arial"/>
                <w:color w:val="BBBBBB"/>
                <w:sz w:val="16"/>
              </w:rPr>
              <w:br/>
              <w:t>__________________________________________________________________________________</w:t>
            </w:r>
          </w:p>
          <w:p w14:paraId="24453C8C" w14:textId="77777777" w:rsidR="009775D3" w:rsidRDefault="00000000">
            <w:pPr>
              <w:spacing w:before="40" w:after="80"/>
            </w:pPr>
            <w:r>
              <w:rPr>
                <w:rFonts w:ascii="Arial" w:hAnsi="Arial"/>
                <w:b/>
                <w:color w:val="222222"/>
                <w:sz w:val="17"/>
              </w:rPr>
              <w:t xml:space="preserve">Store Setup Notes: </w:t>
            </w:r>
            <w:r>
              <w:rPr>
                <w:rFonts w:ascii="Arial" w:hAnsi="Arial"/>
                <w:color w:val="BBBBBB"/>
                <w:sz w:val="16"/>
              </w:rPr>
              <w:br/>
              <w:t>__________________________________________________________________________________</w:t>
            </w:r>
          </w:p>
        </w:tc>
      </w:tr>
    </w:tbl>
    <w:p w14:paraId="53B7D10F" w14:textId="77777777" w:rsidR="009775D3" w:rsidRDefault="00000000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69"/>
      </w:tblGrid>
      <w:tr w:rsidR="009775D3" w14:paraId="4F0A89CF" w14:textId="77777777">
        <w:trPr>
          <w:jc w:val="center"/>
        </w:trPr>
        <w:tc>
          <w:tcPr>
            <w:tcW w:w="10469" w:type="dxa"/>
            <w:shd w:val="clear" w:color="auto" w:fill="0D3A66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DDBFFEB" w14:textId="77777777" w:rsidR="009775D3" w:rsidRDefault="00000000">
            <w:pPr>
              <w:spacing w:after="40"/>
            </w:pPr>
            <w:r>
              <w:rPr>
                <w:rFonts w:ascii="Arial" w:hAnsi="Arial"/>
                <w:b/>
                <w:color w:val="F05A00"/>
                <w:sz w:val="17"/>
              </w:rPr>
              <w:lastRenderedPageBreak/>
              <w:t>QIKINK D2C LAUNCH KIT</w:t>
            </w:r>
          </w:p>
          <w:p w14:paraId="0BF5C18D" w14:textId="77777777" w:rsidR="009775D3" w:rsidRDefault="00000000">
            <w:pPr>
              <w:spacing w:before="40" w:after="40"/>
            </w:pPr>
            <w:r>
              <w:rPr>
                <w:rFonts w:ascii="Arial" w:hAnsi="Arial"/>
                <w:b/>
                <w:color w:val="FFFFFF"/>
                <w:sz w:val="30"/>
              </w:rPr>
              <w:t>D2C BRAND LAUNCH CHECKLIST</w:t>
            </w:r>
          </w:p>
          <w:p w14:paraId="6E0EF644" w14:textId="77777777" w:rsidR="009775D3" w:rsidRDefault="00000000">
            <w:pPr>
              <w:spacing w:after="0"/>
            </w:pPr>
            <w:r>
              <w:rPr>
                <w:rFonts w:ascii="Arial" w:hAnsi="Arial"/>
                <w:color w:val="DDDDDD"/>
                <w:sz w:val="18"/>
              </w:rPr>
              <w:t>Fulfilment selection, pre-launch verification, and final execution audit.</w:t>
            </w:r>
          </w:p>
        </w:tc>
      </w:tr>
    </w:tbl>
    <w:p w14:paraId="6255B4D2" w14:textId="77777777" w:rsidR="009775D3" w:rsidRDefault="009775D3">
      <w:pPr>
        <w:spacing w:before="60"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34"/>
        <w:gridCol w:w="5234"/>
      </w:tblGrid>
      <w:tr w:rsidR="009775D3" w14:paraId="39056D37" w14:textId="77777777">
        <w:trPr>
          <w:jc w:val="center"/>
        </w:trPr>
        <w:tc>
          <w:tcPr>
            <w:tcW w:w="5234" w:type="dxa"/>
            <w:shd w:val="clear" w:color="auto" w:fill="F05A0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06C857" w14:textId="77777777" w:rsidR="009775D3" w:rsidRDefault="00000000"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</w:rPr>
              <w:t>03</w:t>
            </w:r>
          </w:p>
        </w:tc>
        <w:tc>
          <w:tcPr>
            <w:tcW w:w="5234" w:type="dxa"/>
            <w:shd w:val="clear" w:color="auto" w:fill="F0F4F8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840623C" w14:textId="77777777" w:rsidR="009775D3" w:rsidRDefault="00000000">
            <w:pPr>
              <w:spacing w:after="0"/>
            </w:pPr>
            <w:r>
              <w:rPr>
                <w:rFonts w:ascii="Arial" w:hAnsi="Arial"/>
                <w:b/>
                <w:color w:val="0D3A66"/>
                <w:sz w:val="21"/>
              </w:rPr>
              <w:t>CHOOSE YOUR FULFILMENT ROUTE</w:t>
            </w:r>
          </w:p>
        </w:tc>
      </w:tr>
    </w:tbl>
    <w:p w14:paraId="485E0FB7" w14:textId="77777777" w:rsidR="00BF0038" w:rsidRDefault="00BF0038">
      <w:pPr>
        <w:spacing w:before="40" w:after="60"/>
        <w:rPr>
          <w:rFonts w:ascii="Arial" w:hAnsi="Arial"/>
          <w:i/>
          <w:color w:val="555555"/>
          <w:sz w:val="17"/>
        </w:rPr>
      </w:pPr>
    </w:p>
    <w:p w14:paraId="203BB385" w14:textId="5F0B1CD5" w:rsidR="009775D3" w:rsidRDefault="00000000">
      <w:pPr>
        <w:spacing w:before="40" w:after="60"/>
      </w:pPr>
      <w:r>
        <w:rPr>
          <w:rFonts w:ascii="Arial" w:hAnsi="Arial"/>
          <w:i/>
          <w:color w:val="555555"/>
          <w:sz w:val="17"/>
        </w:rPr>
        <w:t>Decide how your products will be made, stored and delivered before you start marketing.</w:t>
      </w:r>
    </w:p>
    <w:tbl>
      <w:tblPr>
        <w:tblW w:w="0" w:type="auto"/>
        <w:jc w:val="center"/>
        <w:tblBorders>
          <w:top w:val="single" w:sz="4" w:space="0" w:color="E0E0E0"/>
          <w:bottom w:val="single" w:sz="4" w:space="0" w:color="E0E0E0"/>
          <w:insideH w:val="single" w:sz="4" w:space="0" w:color="E0E0E0"/>
        </w:tblBorders>
        <w:tblLook w:val="04A0" w:firstRow="1" w:lastRow="0" w:firstColumn="1" w:lastColumn="0" w:noHBand="0" w:noVBand="1"/>
      </w:tblPr>
      <w:tblGrid>
        <w:gridCol w:w="504"/>
        <w:gridCol w:w="9965"/>
      </w:tblGrid>
      <w:tr w:rsidR="009775D3" w14:paraId="1712716E" w14:textId="77777777">
        <w:trPr>
          <w:jc w:val="center"/>
        </w:trPr>
        <w:tc>
          <w:tcPr>
            <w:tcW w:w="50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DCA2C9A" w14:textId="77777777" w:rsidR="00BF0038" w:rsidRDefault="00BF0038">
            <w:pPr>
              <w:spacing w:after="0"/>
              <w:jc w:val="center"/>
              <w:rPr>
                <w:rFonts w:ascii="Arial" w:hAnsi="Arial"/>
                <w:b/>
                <w:color w:val="F05A00"/>
              </w:rPr>
            </w:pPr>
          </w:p>
          <w:sdt>
            <w:sdtPr>
              <w:rPr>
                <w:rFonts w:ascii="Arial" w:hAnsi="Arial"/>
                <w:b/>
                <w:color w:val="F05A00"/>
              </w:rPr>
              <w:id w:val="-451083806"/>
              <w14:checkbox>
                <w14:checked w14:val="0"/>
                <w14:checkedState w14:val="2611" w14:font="Segoe UI Symbol"/>
                <w14:uncheckedState w14:val="2610" w14:font="MS Gothic"/>
              </w14:checkbox>
            </w:sdtPr>
            <w:sdtContent>
              <w:p w14:paraId="2D62B54E" w14:textId="21457B26" w:rsidR="009775D3" w:rsidRPr="00BF0038" w:rsidRDefault="00BF0038" w:rsidP="00BF0038">
                <w:pPr>
                  <w:spacing w:after="0"/>
                  <w:jc w:val="center"/>
                  <w:rPr>
                    <w:rFonts w:ascii="Arial" w:hAnsi="Arial"/>
                    <w:b/>
                    <w:color w:val="F05A0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F05A00"/>
                  </w:rPr>
                  <w:t>☐</w:t>
                </w:r>
              </w:p>
            </w:sdtContent>
          </w:sdt>
        </w:tc>
        <w:tc>
          <w:tcPr>
            <w:tcW w:w="9965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67A357" w14:textId="77777777" w:rsidR="00BF0038" w:rsidRDefault="00BF0038">
            <w:pPr>
              <w:spacing w:after="0"/>
              <w:rPr>
                <w:rFonts w:ascii="Arial" w:hAnsi="Arial"/>
                <w:b/>
                <w:color w:val="222222"/>
                <w:sz w:val="18"/>
              </w:rPr>
            </w:pPr>
          </w:p>
          <w:p w14:paraId="3ED24FD2" w14:textId="5B8DAE61" w:rsidR="009775D3" w:rsidRDefault="00000000">
            <w:pPr>
              <w:spacing w:after="0"/>
            </w:pPr>
            <w:r>
              <w:rPr>
                <w:rFonts w:ascii="Arial" w:hAnsi="Arial"/>
                <w:b/>
                <w:color w:val="222222"/>
                <w:sz w:val="18"/>
              </w:rPr>
              <w:t>PRINT ON DEMAND</w:t>
            </w:r>
          </w:p>
          <w:p w14:paraId="254D0701" w14:textId="77777777" w:rsidR="009775D3" w:rsidRDefault="00000000">
            <w:pPr>
              <w:spacing w:before="20" w:after="0"/>
            </w:pPr>
            <w:r>
              <w:rPr>
                <w:rFonts w:ascii="Arial" w:hAnsi="Arial"/>
                <w:color w:val="555555"/>
                <w:sz w:val="17"/>
              </w:rPr>
              <w:t>Products are produced after an order is placed.</w:t>
            </w:r>
            <w:r>
              <w:rPr>
                <w:rFonts w:ascii="Arial" w:hAnsi="Arial"/>
                <w:color w:val="555555"/>
                <w:sz w:val="17"/>
              </w:rPr>
              <w:br/>
              <w:t>Best for: Custom designs, apparel, merchandise and testing products without holding finished inventory.</w:t>
            </w:r>
          </w:p>
        </w:tc>
      </w:tr>
      <w:tr w:rsidR="009775D3" w14:paraId="64D87937" w14:textId="77777777">
        <w:trPr>
          <w:jc w:val="center"/>
        </w:trPr>
        <w:tc>
          <w:tcPr>
            <w:tcW w:w="50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sdt>
            <w:sdtPr>
              <w:rPr>
                <w:rFonts w:ascii="Arial" w:hAnsi="Arial"/>
                <w:b/>
                <w:color w:val="F05A00"/>
              </w:rPr>
              <w:id w:val="22221191"/>
              <w14:checkbox>
                <w14:checked w14:val="0"/>
                <w14:checkedState w14:val="2611" w14:font="Segoe UI Symbol"/>
                <w14:uncheckedState w14:val="2610" w14:font="MS Gothic"/>
              </w14:checkbox>
            </w:sdtPr>
            <w:sdtContent>
              <w:p w14:paraId="3996480D" w14:textId="74AA314D" w:rsidR="009775D3" w:rsidRPr="00BF0038" w:rsidRDefault="00BF0038" w:rsidP="00BF0038">
                <w:pPr>
                  <w:spacing w:after="0"/>
                  <w:jc w:val="center"/>
                  <w:rPr>
                    <w:rFonts w:ascii="Arial" w:hAnsi="Arial"/>
                    <w:b/>
                    <w:color w:val="F05A0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F05A00"/>
                  </w:rPr>
                  <w:t>☐</w:t>
                </w:r>
              </w:p>
            </w:sdtContent>
          </w:sdt>
        </w:tc>
        <w:tc>
          <w:tcPr>
            <w:tcW w:w="9965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56F250" w14:textId="77777777" w:rsidR="009775D3" w:rsidRDefault="00000000">
            <w:pPr>
              <w:spacing w:after="0"/>
            </w:pPr>
            <w:r>
              <w:rPr>
                <w:rFonts w:ascii="Arial" w:hAnsi="Arial"/>
                <w:b/>
                <w:color w:val="222222"/>
                <w:sz w:val="18"/>
              </w:rPr>
              <w:t>DROPSHIPPING</w:t>
            </w:r>
          </w:p>
          <w:p w14:paraId="039ACDDE" w14:textId="77777777" w:rsidR="009775D3" w:rsidRDefault="00000000">
            <w:pPr>
              <w:spacing w:before="20" w:after="0"/>
            </w:pPr>
            <w:r>
              <w:rPr>
                <w:rFonts w:ascii="Arial" w:hAnsi="Arial"/>
                <w:color w:val="555555"/>
                <w:sz w:val="17"/>
              </w:rPr>
              <w:t>A supplier fulfils and ships the product directly to your customer.</w:t>
            </w:r>
            <w:r>
              <w:rPr>
                <w:rFonts w:ascii="Arial" w:hAnsi="Arial"/>
                <w:color w:val="555555"/>
                <w:sz w:val="17"/>
              </w:rPr>
              <w:br/>
              <w:t>Best for: Testing products without purchasing inventory upfront.</w:t>
            </w:r>
          </w:p>
        </w:tc>
      </w:tr>
      <w:tr w:rsidR="009775D3" w14:paraId="0A6765AE" w14:textId="77777777">
        <w:trPr>
          <w:jc w:val="center"/>
        </w:trPr>
        <w:tc>
          <w:tcPr>
            <w:tcW w:w="50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sdt>
            <w:sdtPr>
              <w:rPr>
                <w:rFonts w:ascii="Arial" w:hAnsi="Arial"/>
                <w:b/>
                <w:color w:val="F05A00"/>
              </w:rPr>
              <w:id w:val="-2080893475"/>
              <w14:checkbox>
                <w14:checked w14:val="0"/>
                <w14:checkedState w14:val="2611" w14:font="Segoe UI Symbol"/>
                <w14:uncheckedState w14:val="2610" w14:font="MS Gothic"/>
              </w14:checkbox>
            </w:sdtPr>
            <w:sdtContent>
              <w:p w14:paraId="5FAF1C54" w14:textId="4F464228" w:rsidR="009775D3" w:rsidRPr="00BF0038" w:rsidRDefault="00BF0038" w:rsidP="00BF0038">
                <w:pPr>
                  <w:spacing w:after="0"/>
                  <w:jc w:val="center"/>
                  <w:rPr>
                    <w:rFonts w:ascii="Arial" w:hAnsi="Arial"/>
                    <w:b/>
                    <w:color w:val="F05A0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F05A00"/>
                  </w:rPr>
                  <w:t>☐</w:t>
                </w:r>
              </w:p>
            </w:sdtContent>
          </w:sdt>
        </w:tc>
        <w:tc>
          <w:tcPr>
            <w:tcW w:w="9965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BDEAB30" w14:textId="77777777" w:rsidR="009775D3" w:rsidRDefault="00000000">
            <w:pPr>
              <w:spacing w:after="0"/>
            </w:pPr>
            <w:r>
              <w:rPr>
                <w:rFonts w:ascii="Arial" w:hAnsi="Arial"/>
                <w:b/>
                <w:color w:val="222222"/>
                <w:sz w:val="18"/>
              </w:rPr>
              <w:t>HOLD INVENTORY</w:t>
            </w:r>
          </w:p>
          <w:p w14:paraId="085A4721" w14:textId="77777777" w:rsidR="009775D3" w:rsidRDefault="00000000">
            <w:pPr>
              <w:spacing w:before="20" w:after="0"/>
            </w:pPr>
            <w:r>
              <w:rPr>
                <w:rFonts w:ascii="Arial" w:hAnsi="Arial"/>
                <w:color w:val="555555"/>
                <w:sz w:val="17"/>
              </w:rPr>
              <w:t>You purchase products in advance and manage stock yourself or through a warehouse.</w:t>
            </w:r>
            <w:r>
              <w:rPr>
                <w:rFonts w:ascii="Arial" w:hAnsi="Arial"/>
                <w:color w:val="555555"/>
                <w:sz w:val="17"/>
              </w:rPr>
              <w:br/>
              <w:t>Best for: Brands with proven demand that want greater control over inventory and fulfilment.</w:t>
            </w:r>
          </w:p>
        </w:tc>
      </w:tr>
    </w:tbl>
    <w:p w14:paraId="3BB46987" w14:textId="77777777" w:rsidR="009775D3" w:rsidRDefault="009775D3">
      <w:pPr>
        <w:spacing w:before="60" w:after="0"/>
      </w:pPr>
    </w:p>
    <w:tbl>
      <w:tblPr>
        <w:tblW w:w="0" w:type="auto"/>
        <w:jc w:val="center"/>
        <w:tblBorders>
          <w:top w:val="single" w:sz="4" w:space="0" w:color="D0D0D0"/>
          <w:left w:val="single" w:sz="4" w:space="0" w:color="D0D0D0"/>
          <w:bottom w:val="single" w:sz="4" w:space="0" w:color="D0D0D0"/>
          <w:right w:val="single" w:sz="4" w:space="0" w:color="D0D0D0"/>
        </w:tblBorders>
        <w:tblLook w:val="04A0" w:firstRow="1" w:lastRow="0" w:firstColumn="1" w:lastColumn="0" w:noHBand="0" w:noVBand="1"/>
      </w:tblPr>
      <w:tblGrid>
        <w:gridCol w:w="10459"/>
      </w:tblGrid>
      <w:tr w:rsidR="009775D3" w14:paraId="6412D4A5" w14:textId="77777777">
        <w:trPr>
          <w:jc w:val="center"/>
        </w:trPr>
        <w:tc>
          <w:tcPr>
            <w:tcW w:w="10469" w:type="dxa"/>
            <w:shd w:val="clear" w:color="auto" w:fill="F8F9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41250E" w14:textId="77777777" w:rsidR="009775D3" w:rsidRDefault="00000000">
            <w:pPr>
              <w:spacing w:after="60"/>
            </w:pPr>
            <w:r>
              <w:rPr>
                <w:rFonts w:ascii="Arial" w:hAnsi="Arial"/>
                <w:b/>
                <w:color w:val="0D3A66"/>
                <w:sz w:val="19"/>
              </w:rPr>
              <w:t>MY FULFILMENT DECISION</w:t>
            </w:r>
          </w:p>
          <w:p w14:paraId="453748BA" w14:textId="2B446CE4" w:rsidR="009775D3" w:rsidRDefault="00000000">
            <w:pPr>
              <w:spacing w:before="20" w:after="80"/>
            </w:pPr>
            <w:r>
              <w:rPr>
                <w:rFonts w:ascii="Arial" w:hAnsi="Arial"/>
                <w:b/>
                <w:color w:val="222222"/>
                <w:sz w:val="17"/>
              </w:rPr>
              <w:t xml:space="preserve">Chosen model:   </w:t>
            </w:r>
            <w:sdt>
              <w:sdtPr>
                <w:rPr>
                  <w:rFonts w:ascii="Arial" w:hAnsi="Arial"/>
                  <w:b/>
                  <w:color w:val="222222"/>
                  <w:sz w:val="17"/>
                </w:rPr>
                <w:id w:val="1784159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0038">
                  <w:rPr>
                    <w:rFonts w:ascii="MS Gothic" w:eastAsia="MS Gothic" w:hAnsi="MS Gothic" w:hint="eastAsia"/>
                    <w:b/>
                    <w:color w:val="222222"/>
                    <w:sz w:val="17"/>
                  </w:rPr>
                  <w:t>☐</w:t>
                </w:r>
              </w:sdtContent>
            </w:sdt>
            <w:r>
              <w:rPr>
                <w:rFonts w:ascii="Arial" w:hAnsi="Arial"/>
                <w:b/>
                <w:color w:val="222222"/>
                <w:sz w:val="17"/>
              </w:rPr>
              <w:t xml:space="preserve"> Print on Demand    </w:t>
            </w:r>
            <w:sdt>
              <w:sdtPr>
                <w:rPr>
                  <w:rFonts w:ascii="Arial" w:hAnsi="Arial"/>
                  <w:b/>
                  <w:color w:val="222222"/>
                  <w:sz w:val="17"/>
                </w:rPr>
                <w:id w:val="-1582360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0038">
                  <w:rPr>
                    <w:rFonts w:ascii="MS Gothic" w:eastAsia="MS Gothic" w:hAnsi="MS Gothic" w:hint="eastAsia"/>
                    <w:b/>
                    <w:color w:val="222222"/>
                    <w:sz w:val="17"/>
                  </w:rPr>
                  <w:t>☐</w:t>
                </w:r>
              </w:sdtContent>
            </w:sdt>
            <w:r>
              <w:rPr>
                <w:rFonts w:ascii="Arial" w:hAnsi="Arial"/>
                <w:b/>
                <w:color w:val="222222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222222"/>
                <w:sz w:val="17"/>
              </w:rPr>
              <w:t>Dropshipping</w:t>
            </w:r>
            <w:proofErr w:type="spellEnd"/>
            <w:r>
              <w:rPr>
                <w:rFonts w:ascii="Arial" w:hAnsi="Arial"/>
                <w:b/>
                <w:color w:val="222222"/>
                <w:sz w:val="17"/>
              </w:rPr>
              <w:t xml:space="preserve">    </w:t>
            </w:r>
            <w:sdt>
              <w:sdtPr>
                <w:rPr>
                  <w:rFonts w:ascii="Arial" w:hAnsi="Arial"/>
                  <w:b/>
                  <w:color w:val="222222"/>
                  <w:sz w:val="17"/>
                </w:rPr>
                <w:id w:val="-1706937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0038">
                  <w:rPr>
                    <w:rFonts w:ascii="MS Gothic" w:eastAsia="MS Gothic" w:hAnsi="MS Gothic" w:hint="eastAsia"/>
                    <w:b/>
                    <w:color w:val="222222"/>
                    <w:sz w:val="17"/>
                  </w:rPr>
                  <w:t>☐</w:t>
                </w:r>
              </w:sdtContent>
            </w:sdt>
            <w:r>
              <w:rPr>
                <w:rFonts w:ascii="Arial" w:hAnsi="Arial"/>
                <w:b/>
                <w:color w:val="222222"/>
                <w:sz w:val="17"/>
              </w:rPr>
              <w:t xml:space="preserve"> Hold Inventory    </w:t>
            </w:r>
            <w:sdt>
              <w:sdtPr>
                <w:rPr>
                  <w:rFonts w:ascii="Arial" w:hAnsi="Arial"/>
                  <w:b/>
                  <w:color w:val="222222"/>
                  <w:sz w:val="17"/>
                </w:rPr>
                <w:id w:val="1157492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0038">
                  <w:rPr>
                    <w:rFonts w:ascii="MS Gothic" w:eastAsia="MS Gothic" w:hAnsi="MS Gothic" w:hint="eastAsia"/>
                    <w:b/>
                    <w:color w:val="222222"/>
                    <w:sz w:val="17"/>
                  </w:rPr>
                  <w:t>☐</w:t>
                </w:r>
              </w:sdtContent>
            </w:sdt>
            <w:r>
              <w:rPr>
                <w:rFonts w:ascii="Arial" w:hAnsi="Arial"/>
                <w:b/>
                <w:color w:val="222222"/>
                <w:sz w:val="17"/>
              </w:rPr>
              <w:t xml:space="preserve"> Not decided yet</w:t>
            </w:r>
          </w:p>
          <w:p w14:paraId="74EDDBB6" w14:textId="3BD4EBF2" w:rsidR="009775D3" w:rsidRDefault="00000000">
            <w:pPr>
              <w:spacing w:before="40" w:after="20"/>
            </w:pPr>
            <w:r>
              <w:rPr>
                <w:rFonts w:ascii="Arial" w:hAnsi="Arial"/>
                <w:b/>
                <w:color w:val="222222"/>
                <w:sz w:val="17"/>
              </w:rPr>
              <w:t xml:space="preserve">Estimated Product Cost: ₹           </w:t>
            </w:r>
            <w:r w:rsidR="00BF0038">
              <w:rPr>
                <w:rFonts w:ascii="Arial" w:hAnsi="Arial"/>
                <w:b/>
                <w:color w:val="222222"/>
                <w:sz w:val="17"/>
              </w:rPr>
              <w:t xml:space="preserve">   </w:t>
            </w:r>
            <w:r>
              <w:rPr>
                <w:rFonts w:ascii="Arial" w:hAnsi="Arial"/>
                <w:b/>
                <w:color w:val="222222"/>
                <w:sz w:val="17"/>
              </w:rPr>
              <w:t xml:space="preserve"> Target Selling Price: ₹ </w:t>
            </w:r>
            <w:r>
              <w:rPr>
                <w:rFonts w:ascii="Arial" w:hAnsi="Arial"/>
                <w:b/>
                <w:color w:val="222222"/>
                <w:sz w:val="17"/>
              </w:rPr>
              <w:br/>
              <w:t>Expected Shipping Cost: ₹</w:t>
            </w:r>
            <w:r w:rsidR="00BF0038">
              <w:rPr>
                <w:rFonts w:ascii="Arial" w:hAnsi="Arial"/>
                <w:b/>
                <w:color w:val="222222"/>
                <w:sz w:val="17"/>
              </w:rPr>
              <w:t xml:space="preserve">              </w:t>
            </w:r>
            <w:r>
              <w:rPr>
                <w:rFonts w:ascii="Arial" w:hAnsi="Arial"/>
                <w:b/>
                <w:color w:val="222222"/>
                <w:sz w:val="17"/>
              </w:rPr>
              <w:t xml:space="preserve">Expected Delivery Time: </w:t>
            </w:r>
          </w:p>
        </w:tc>
      </w:tr>
    </w:tbl>
    <w:p w14:paraId="41749DC6" w14:textId="77777777" w:rsidR="009775D3" w:rsidRDefault="009775D3">
      <w:pPr>
        <w:spacing w:before="80"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34"/>
        <w:gridCol w:w="5234"/>
      </w:tblGrid>
      <w:tr w:rsidR="009775D3" w14:paraId="35B982BB" w14:textId="77777777">
        <w:trPr>
          <w:jc w:val="center"/>
        </w:trPr>
        <w:tc>
          <w:tcPr>
            <w:tcW w:w="5234" w:type="dxa"/>
            <w:shd w:val="clear" w:color="auto" w:fill="F05A0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D59AFC" w14:textId="77777777" w:rsidR="009775D3" w:rsidRDefault="00000000"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</w:rPr>
              <w:t>04</w:t>
            </w:r>
          </w:p>
        </w:tc>
        <w:tc>
          <w:tcPr>
            <w:tcW w:w="5234" w:type="dxa"/>
            <w:shd w:val="clear" w:color="auto" w:fill="F0F4F8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AA77828" w14:textId="77777777" w:rsidR="009775D3" w:rsidRDefault="00000000">
            <w:pPr>
              <w:spacing w:after="0"/>
            </w:pPr>
            <w:r>
              <w:rPr>
                <w:rFonts w:ascii="Arial" w:hAnsi="Arial"/>
                <w:b/>
                <w:color w:val="0D3A66"/>
                <w:sz w:val="21"/>
              </w:rPr>
              <w:t>PRE-LAUNCH CHECK</w:t>
            </w:r>
          </w:p>
        </w:tc>
      </w:tr>
    </w:tbl>
    <w:tbl>
      <w:tblPr>
        <w:tblW w:w="0" w:type="auto"/>
        <w:jc w:val="center"/>
        <w:tblBorders>
          <w:top w:val="single" w:sz="4" w:space="0" w:color="E0E0E0"/>
          <w:bottom w:val="single" w:sz="4" w:space="0" w:color="E0E0E0"/>
          <w:insideH w:val="single" w:sz="4" w:space="0" w:color="E0E0E0"/>
        </w:tblBorders>
        <w:tblLook w:val="04A0" w:firstRow="1" w:lastRow="0" w:firstColumn="1" w:lastColumn="0" w:noHBand="0" w:noVBand="1"/>
      </w:tblPr>
      <w:tblGrid>
        <w:gridCol w:w="504"/>
        <w:gridCol w:w="9965"/>
      </w:tblGrid>
      <w:tr w:rsidR="009775D3" w14:paraId="143D62AA" w14:textId="77777777">
        <w:trPr>
          <w:jc w:val="center"/>
        </w:trPr>
        <w:tc>
          <w:tcPr>
            <w:tcW w:w="50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D0105D" w14:textId="77777777" w:rsidR="00BF0038" w:rsidRDefault="00BF0038">
            <w:pPr>
              <w:spacing w:after="0"/>
              <w:jc w:val="center"/>
              <w:rPr>
                <w:rFonts w:ascii="Arial" w:hAnsi="Arial"/>
                <w:b/>
                <w:color w:val="F05A00"/>
              </w:rPr>
            </w:pPr>
          </w:p>
          <w:sdt>
            <w:sdtPr>
              <w:rPr>
                <w:rFonts w:ascii="Arial" w:hAnsi="Arial"/>
                <w:b/>
                <w:color w:val="F05A00"/>
              </w:rPr>
              <w:id w:val="-1063173729"/>
              <w14:checkbox>
                <w14:checked w14:val="0"/>
                <w14:checkedState w14:val="2611" w14:font="Segoe UI Symbol"/>
                <w14:uncheckedState w14:val="2610" w14:font="MS Gothic"/>
              </w14:checkbox>
            </w:sdtPr>
            <w:sdtContent>
              <w:p w14:paraId="28D8FE80" w14:textId="36BB7985" w:rsidR="009775D3" w:rsidRPr="00BF0038" w:rsidRDefault="00BF0038" w:rsidP="00BF0038">
                <w:pPr>
                  <w:spacing w:after="0"/>
                  <w:jc w:val="center"/>
                  <w:rPr>
                    <w:rFonts w:ascii="Arial" w:hAnsi="Arial"/>
                    <w:b/>
                    <w:color w:val="F05A0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F05A00"/>
                  </w:rPr>
                  <w:t>☐</w:t>
                </w:r>
              </w:p>
            </w:sdtContent>
          </w:sdt>
        </w:tc>
        <w:tc>
          <w:tcPr>
            <w:tcW w:w="9965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1129594" w14:textId="77777777" w:rsidR="00BF0038" w:rsidRDefault="00BF0038">
            <w:pPr>
              <w:spacing w:after="0"/>
              <w:rPr>
                <w:rFonts w:ascii="Arial" w:hAnsi="Arial"/>
                <w:b/>
                <w:color w:val="222222"/>
                <w:sz w:val="18"/>
              </w:rPr>
            </w:pPr>
          </w:p>
          <w:p w14:paraId="27A841AE" w14:textId="201DC4C6" w:rsidR="009775D3" w:rsidRDefault="00000000">
            <w:pPr>
              <w:spacing w:after="0"/>
            </w:pPr>
            <w:r>
              <w:rPr>
                <w:rFonts w:ascii="Arial" w:hAnsi="Arial"/>
                <w:b/>
                <w:color w:val="222222"/>
                <w:sz w:val="18"/>
              </w:rPr>
              <w:t>Order a sample</w:t>
            </w:r>
          </w:p>
          <w:p w14:paraId="7CEC6721" w14:textId="77777777" w:rsidR="009775D3" w:rsidRDefault="00000000">
            <w:pPr>
              <w:spacing w:before="20" w:after="0"/>
            </w:pPr>
            <w:r>
              <w:rPr>
                <w:rFonts w:ascii="Arial" w:hAnsi="Arial"/>
                <w:color w:val="555555"/>
                <w:sz w:val="17"/>
              </w:rPr>
              <w:t>Check product quality, sizing, colours, printing and packaging before launch.</w:t>
            </w:r>
          </w:p>
        </w:tc>
      </w:tr>
      <w:tr w:rsidR="009775D3" w14:paraId="116984B7" w14:textId="77777777">
        <w:trPr>
          <w:jc w:val="center"/>
        </w:trPr>
        <w:tc>
          <w:tcPr>
            <w:tcW w:w="50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sdt>
            <w:sdtPr>
              <w:rPr>
                <w:rFonts w:ascii="Arial" w:hAnsi="Arial"/>
                <w:b/>
                <w:color w:val="F05A00"/>
              </w:rPr>
              <w:id w:val="1286471752"/>
              <w14:checkbox>
                <w14:checked w14:val="0"/>
                <w14:checkedState w14:val="2611" w14:font="Segoe UI Symbol"/>
                <w14:uncheckedState w14:val="2610" w14:font="MS Gothic"/>
              </w14:checkbox>
            </w:sdtPr>
            <w:sdtContent>
              <w:p w14:paraId="11FEC909" w14:textId="48FBE7FA" w:rsidR="009775D3" w:rsidRPr="00BF0038" w:rsidRDefault="00BF0038" w:rsidP="00BF0038">
                <w:pPr>
                  <w:spacing w:after="0"/>
                  <w:jc w:val="center"/>
                  <w:rPr>
                    <w:rFonts w:ascii="Arial" w:hAnsi="Arial"/>
                    <w:b/>
                    <w:color w:val="F05A0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F05A00"/>
                  </w:rPr>
                  <w:t>☐</w:t>
                </w:r>
              </w:p>
            </w:sdtContent>
          </w:sdt>
        </w:tc>
        <w:tc>
          <w:tcPr>
            <w:tcW w:w="9965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73175D" w14:textId="77777777" w:rsidR="009775D3" w:rsidRDefault="00000000">
            <w:pPr>
              <w:spacing w:after="0"/>
            </w:pPr>
            <w:r>
              <w:rPr>
                <w:rFonts w:ascii="Arial" w:hAnsi="Arial"/>
                <w:b/>
                <w:color w:val="222222"/>
                <w:sz w:val="18"/>
              </w:rPr>
              <w:t>Calculate your real margin</w:t>
            </w:r>
          </w:p>
          <w:p w14:paraId="3854345C" w14:textId="77777777" w:rsidR="009775D3" w:rsidRDefault="00000000">
            <w:pPr>
              <w:spacing w:before="20" w:after="0"/>
            </w:pPr>
            <w:r>
              <w:rPr>
                <w:rFonts w:ascii="Arial" w:hAnsi="Arial"/>
                <w:color w:val="555555"/>
                <w:sz w:val="17"/>
              </w:rPr>
              <w:t>Include product cost, shipping, taxes, platform/payment fees and expected marketing costs.</w:t>
            </w:r>
          </w:p>
        </w:tc>
      </w:tr>
      <w:tr w:rsidR="009775D3" w14:paraId="3D6B1700" w14:textId="77777777">
        <w:trPr>
          <w:jc w:val="center"/>
        </w:trPr>
        <w:tc>
          <w:tcPr>
            <w:tcW w:w="50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sdt>
            <w:sdtPr>
              <w:rPr>
                <w:rFonts w:ascii="Arial" w:hAnsi="Arial"/>
                <w:b/>
                <w:color w:val="F05A00"/>
              </w:rPr>
              <w:id w:val="707539272"/>
              <w14:checkbox>
                <w14:checked w14:val="0"/>
                <w14:checkedState w14:val="2611" w14:font="Segoe UI Symbol"/>
                <w14:uncheckedState w14:val="2610" w14:font="MS Gothic"/>
              </w14:checkbox>
            </w:sdtPr>
            <w:sdtContent>
              <w:p w14:paraId="18152B69" w14:textId="42571220" w:rsidR="009775D3" w:rsidRPr="00BF0038" w:rsidRDefault="00BF0038" w:rsidP="00BF0038">
                <w:pPr>
                  <w:spacing w:after="0"/>
                  <w:jc w:val="center"/>
                  <w:rPr>
                    <w:rFonts w:ascii="Arial" w:hAnsi="Arial"/>
                    <w:b/>
                    <w:color w:val="F05A0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F05A00"/>
                  </w:rPr>
                  <w:t>☐</w:t>
                </w:r>
              </w:p>
            </w:sdtContent>
          </w:sdt>
        </w:tc>
        <w:tc>
          <w:tcPr>
            <w:tcW w:w="9965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2F2731" w14:textId="77777777" w:rsidR="009775D3" w:rsidRDefault="00000000">
            <w:pPr>
              <w:spacing w:after="0"/>
            </w:pPr>
            <w:r>
              <w:rPr>
                <w:rFonts w:ascii="Arial" w:hAnsi="Arial"/>
                <w:b/>
                <w:color w:val="222222"/>
                <w:sz w:val="18"/>
              </w:rPr>
              <w:t>Test your store</w:t>
            </w:r>
          </w:p>
          <w:p w14:paraId="4EFF9104" w14:textId="77777777" w:rsidR="009775D3" w:rsidRDefault="00000000">
            <w:pPr>
              <w:spacing w:before="20" w:after="0"/>
            </w:pPr>
            <w:r>
              <w:rPr>
                <w:rFonts w:ascii="Arial" w:hAnsi="Arial"/>
                <w:color w:val="555555"/>
                <w:sz w:val="17"/>
              </w:rPr>
              <w:t>Place a test order and make sure checkout, payment, order confirmation and fulfilment work correctly.</w:t>
            </w:r>
          </w:p>
        </w:tc>
      </w:tr>
      <w:tr w:rsidR="009775D3" w14:paraId="5FBF872C" w14:textId="77777777">
        <w:trPr>
          <w:jc w:val="center"/>
        </w:trPr>
        <w:tc>
          <w:tcPr>
            <w:tcW w:w="50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sdt>
            <w:sdtPr>
              <w:rPr>
                <w:rFonts w:ascii="Arial" w:hAnsi="Arial"/>
                <w:b/>
                <w:color w:val="F05A00"/>
              </w:rPr>
              <w:id w:val="-652984290"/>
              <w14:checkbox>
                <w14:checked w14:val="0"/>
                <w14:checkedState w14:val="2611" w14:font="Segoe UI Symbol"/>
                <w14:uncheckedState w14:val="2610" w14:font="MS Gothic"/>
              </w14:checkbox>
            </w:sdtPr>
            <w:sdtContent>
              <w:p w14:paraId="505E3EF4" w14:textId="704FBFAB" w:rsidR="009775D3" w:rsidRPr="00BF0038" w:rsidRDefault="00BF0038" w:rsidP="00BF0038">
                <w:pPr>
                  <w:spacing w:after="0"/>
                  <w:jc w:val="center"/>
                  <w:rPr>
                    <w:rFonts w:ascii="Arial" w:hAnsi="Arial"/>
                    <w:b/>
                    <w:color w:val="F05A0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F05A00"/>
                  </w:rPr>
                  <w:t>☐</w:t>
                </w:r>
              </w:p>
            </w:sdtContent>
          </w:sdt>
        </w:tc>
        <w:tc>
          <w:tcPr>
            <w:tcW w:w="9965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AA1FC51" w14:textId="77777777" w:rsidR="009775D3" w:rsidRDefault="00000000">
            <w:pPr>
              <w:spacing w:after="0"/>
            </w:pPr>
            <w:r>
              <w:rPr>
                <w:rFonts w:ascii="Arial" w:hAnsi="Arial"/>
                <w:b/>
                <w:color w:val="222222"/>
                <w:sz w:val="18"/>
              </w:rPr>
              <w:t>Prepare your first marketing assets</w:t>
            </w:r>
          </w:p>
          <w:p w14:paraId="43599BEC" w14:textId="77777777" w:rsidR="009775D3" w:rsidRDefault="00000000">
            <w:pPr>
              <w:spacing w:before="20" w:after="0"/>
            </w:pPr>
            <w:r>
              <w:rPr>
                <w:rFonts w:ascii="Arial" w:hAnsi="Arial"/>
                <w:color w:val="555555"/>
                <w:sz w:val="17"/>
              </w:rPr>
              <w:t>Have your product photos/videos, social profiles and initial content ready before launch.</w:t>
            </w:r>
          </w:p>
        </w:tc>
      </w:tr>
      <w:tr w:rsidR="009775D3" w14:paraId="73BD0CA9" w14:textId="77777777">
        <w:trPr>
          <w:jc w:val="center"/>
        </w:trPr>
        <w:tc>
          <w:tcPr>
            <w:tcW w:w="50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sdt>
            <w:sdtPr>
              <w:rPr>
                <w:rFonts w:ascii="Arial" w:hAnsi="Arial"/>
                <w:b/>
                <w:color w:val="F05A00"/>
              </w:rPr>
              <w:id w:val="-1535876453"/>
              <w14:checkbox>
                <w14:checked w14:val="0"/>
                <w14:checkedState w14:val="2611" w14:font="Segoe UI Symbol"/>
                <w14:uncheckedState w14:val="2610" w14:font="MS Gothic"/>
              </w14:checkbox>
            </w:sdtPr>
            <w:sdtContent>
              <w:p w14:paraId="51B1860A" w14:textId="19206DAC" w:rsidR="009775D3" w:rsidRPr="00BF0038" w:rsidRDefault="00BF0038" w:rsidP="00BF0038">
                <w:pPr>
                  <w:spacing w:after="0"/>
                  <w:jc w:val="center"/>
                  <w:rPr>
                    <w:rFonts w:ascii="Arial" w:hAnsi="Arial"/>
                    <w:b/>
                    <w:color w:val="F05A0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F05A00"/>
                  </w:rPr>
                  <w:t>☐</w:t>
                </w:r>
              </w:p>
            </w:sdtContent>
          </w:sdt>
        </w:tc>
        <w:tc>
          <w:tcPr>
            <w:tcW w:w="9965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700C6B" w14:textId="77777777" w:rsidR="009775D3" w:rsidRDefault="00000000">
            <w:pPr>
              <w:spacing w:after="0"/>
            </w:pPr>
            <w:r>
              <w:rPr>
                <w:rFonts w:ascii="Arial" w:hAnsi="Arial"/>
                <w:b/>
                <w:color w:val="222222"/>
                <w:sz w:val="18"/>
              </w:rPr>
              <w:t>Know what you'll measure</w:t>
            </w:r>
          </w:p>
          <w:p w14:paraId="3F993618" w14:textId="77777777" w:rsidR="009775D3" w:rsidRDefault="00000000">
            <w:pPr>
              <w:spacing w:before="20" w:after="0"/>
            </w:pPr>
            <w:r>
              <w:rPr>
                <w:rFonts w:ascii="Arial" w:hAnsi="Arial"/>
                <w:color w:val="555555"/>
                <w:sz w:val="17"/>
              </w:rPr>
              <w:t>Decide which numbers matter — visitors, conversion rate, average order value, customer acquisition cost, repeat purchases, etc.</w:t>
            </w:r>
          </w:p>
        </w:tc>
      </w:tr>
    </w:tbl>
    <w:p w14:paraId="369B9659" w14:textId="77777777" w:rsidR="009775D3" w:rsidRDefault="009775D3">
      <w:pPr>
        <w:spacing w:before="60" w:after="0"/>
      </w:pPr>
    </w:p>
    <w:tbl>
      <w:tblPr>
        <w:tblW w:w="0" w:type="auto"/>
        <w:jc w:val="center"/>
        <w:tblBorders>
          <w:top w:val="single" w:sz="4" w:space="0" w:color="D0D0D0"/>
          <w:left w:val="single" w:sz="4" w:space="0" w:color="D0D0D0"/>
          <w:bottom w:val="single" w:sz="4" w:space="0" w:color="D0D0D0"/>
          <w:right w:val="single" w:sz="4" w:space="0" w:color="D0D0D0"/>
        </w:tblBorders>
        <w:tblLook w:val="04A0" w:firstRow="1" w:lastRow="0" w:firstColumn="1" w:lastColumn="0" w:noHBand="0" w:noVBand="1"/>
      </w:tblPr>
      <w:tblGrid>
        <w:gridCol w:w="10459"/>
      </w:tblGrid>
      <w:tr w:rsidR="009775D3" w14:paraId="1EF559B6" w14:textId="77777777">
        <w:trPr>
          <w:jc w:val="center"/>
        </w:trPr>
        <w:tc>
          <w:tcPr>
            <w:tcW w:w="10469" w:type="dxa"/>
            <w:shd w:val="clear" w:color="auto" w:fill="F8F9F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9E39DFD" w14:textId="77777777" w:rsidR="009775D3" w:rsidRDefault="00000000">
            <w:pPr>
              <w:spacing w:after="40"/>
            </w:pPr>
            <w:r>
              <w:rPr>
                <w:rFonts w:ascii="Arial" w:hAnsi="Arial"/>
                <w:b/>
                <w:color w:val="F05A00"/>
                <w:sz w:val="18"/>
              </w:rPr>
              <w:t>STOP &amp; RECONSIDER — Before spending heavily on marketing, ask:</w:t>
            </w:r>
          </w:p>
          <w:p w14:paraId="7C30BB96" w14:textId="02A570D3" w:rsidR="009775D3" w:rsidRDefault="00BF0038">
            <w:pPr>
              <w:spacing w:before="20" w:after="20"/>
            </w:pPr>
            <w:sdt>
              <w:sdtPr>
                <w:rPr>
                  <w:rFonts w:ascii="Arial" w:hAnsi="Arial"/>
                  <w:color w:val="222222"/>
                  <w:sz w:val="17"/>
                </w:rPr>
                <w:id w:val="1911817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222222"/>
                    <w:sz w:val="17"/>
                  </w:rPr>
                  <w:t>☐</w:t>
                </w:r>
              </w:sdtContent>
            </w:sdt>
            <w:r w:rsidR="00000000">
              <w:rPr>
                <w:rFonts w:ascii="Arial" w:hAnsi="Arial"/>
                <w:color w:val="222222"/>
                <w:sz w:val="17"/>
              </w:rPr>
              <w:t xml:space="preserve"> Can I clearly explain who this product is for?</w:t>
            </w:r>
          </w:p>
          <w:p w14:paraId="74997109" w14:textId="5E78B820" w:rsidR="009775D3" w:rsidRDefault="00BF0038">
            <w:pPr>
              <w:spacing w:before="20" w:after="20"/>
            </w:pPr>
            <w:sdt>
              <w:sdtPr>
                <w:rPr>
                  <w:rFonts w:ascii="Arial" w:hAnsi="Arial"/>
                  <w:color w:val="222222"/>
                  <w:sz w:val="17"/>
                </w:rPr>
                <w:id w:val="-1700081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222222"/>
                    <w:sz w:val="17"/>
                  </w:rPr>
                  <w:t>☐</w:t>
                </w:r>
              </w:sdtContent>
            </w:sdt>
            <w:r w:rsidR="00000000">
              <w:rPr>
                <w:rFonts w:ascii="Arial" w:hAnsi="Arial"/>
                <w:color w:val="222222"/>
                <w:sz w:val="17"/>
              </w:rPr>
              <w:t xml:space="preserve"> Is there a reason customers would choose my brand over existing options?</w:t>
            </w:r>
          </w:p>
          <w:p w14:paraId="3D9256BD" w14:textId="0A8E0BC3" w:rsidR="009775D3" w:rsidRDefault="00BF0038">
            <w:pPr>
              <w:spacing w:before="20" w:after="20"/>
            </w:pPr>
            <w:sdt>
              <w:sdtPr>
                <w:rPr>
                  <w:rFonts w:ascii="Arial" w:hAnsi="Arial"/>
                  <w:color w:val="222222"/>
                  <w:sz w:val="17"/>
                </w:rPr>
                <w:id w:val="-1008674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222222"/>
                    <w:sz w:val="17"/>
                  </w:rPr>
                  <w:t>☐</w:t>
                </w:r>
              </w:sdtContent>
            </w:sdt>
            <w:r w:rsidR="00000000">
              <w:rPr>
                <w:rFonts w:ascii="Arial" w:hAnsi="Arial"/>
                <w:color w:val="222222"/>
                <w:sz w:val="17"/>
              </w:rPr>
              <w:t xml:space="preserve"> Do the numbers still work after product + shipping + other costs?</w:t>
            </w:r>
          </w:p>
          <w:p w14:paraId="32165CDD" w14:textId="010F59F0" w:rsidR="009775D3" w:rsidRDefault="00BF0038">
            <w:pPr>
              <w:spacing w:before="20" w:after="20"/>
            </w:pPr>
            <w:sdt>
              <w:sdtPr>
                <w:rPr>
                  <w:rFonts w:ascii="Arial" w:hAnsi="Arial"/>
                  <w:color w:val="222222"/>
                  <w:sz w:val="17"/>
                </w:rPr>
                <w:id w:val="605082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222222"/>
                    <w:sz w:val="17"/>
                  </w:rPr>
                  <w:t>☐</w:t>
                </w:r>
              </w:sdtContent>
            </w:sdt>
            <w:r w:rsidR="00000000">
              <w:rPr>
                <w:rFonts w:ascii="Arial" w:hAnsi="Arial"/>
                <w:color w:val="222222"/>
                <w:sz w:val="17"/>
              </w:rPr>
              <w:t xml:space="preserve"> Have I actually tested the product?</w:t>
            </w:r>
          </w:p>
        </w:tc>
      </w:tr>
    </w:tbl>
    <w:p w14:paraId="457F6346" w14:textId="77777777" w:rsidR="009775D3" w:rsidRDefault="009775D3">
      <w:pPr>
        <w:spacing w:before="100" w:after="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69"/>
      </w:tblGrid>
      <w:tr w:rsidR="009775D3" w14:paraId="1C9EFC89" w14:textId="77777777" w:rsidTr="00BF0038">
        <w:trPr>
          <w:trHeight w:val="114"/>
          <w:jc w:val="center"/>
        </w:trPr>
        <w:tc>
          <w:tcPr>
            <w:tcW w:w="10469" w:type="dxa"/>
            <w:shd w:val="clear" w:color="auto" w:fill="0D3A6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21A40A" w14:textId="15DF4148" w:rsidR="009775D3" w:rsidRDefault="00000000" w:rsidP="00BF0038">
            <w:pPr>
              <w:spacing w:after="20"/>
              <w:jc w:val="center"/>
            </w:pPr>
            <w:r>
              <w:rPr>
                <w:rFonts w:ascii="Arial" w:hAnsi="Arial"/>
                <w:b/>
                <w:color w:val="FFFFFF"/>
                <w:sz w:val="19"/>
              </w:rPr>
              <w:t xml:space="preserve">READY TO LAUNCH? Start building your D2C brand with </w:t>
            </w:r>
            <w:proofErr w:type="spellStart"/>
            <w:r w:rsidR="00BF0038">
              <w:rPr>
                <w:rFonts w:ascii="Arial" w:hAnsi="Arial"/>
                <w:b/>
                <w:color w:val="F05A00"/>
                <w:sz w:val="21"/>
              </w:rPr>
              <w:t>Qikink</w:t>
            </w:r>
            <w:proofErr w:type="spellEnd"/>
          </w:p>
        </w:tc>
      </w:tr>
    </w:tbl>
    <w:p w14:paraId="484B64FA" w14:textId="0A70D5C2" w:rsidR="00BF0038" w:rsidRDefault="00BF0038"/>
    <w:sectPr w:rsidR="00BF0038" w:rsidSect="00034616">
      <w:pgSz w:w="11909" w:h="16834"/>
      <w:pgMar w:top="576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12412509">
    <w:abstractNumId w:val="8"/>
  </w:num>
  <w:num w:numId="2" w16cid:durableId="1427724976">
    <w:abstractNumId w:val="6"/>
  </w:num>
  <w:num w:numId="3" w16cid:durableId="950284098">
    <w:abstractNumId w:val="5"/>
  </w:num>
  <w:num w:numId="4" w16cid:durableId="2062246259">
    <w:abstractNumId w:val="4"/>
  </w:num>
  <w:num w:numId="5" w16cid:durableId="363407080">
    <w:abstractNumId w:val="7"/>
  </w:num>
  <w:num w:numId="6" w16cid:durableId="1547764011">
    <w:abstractNumId w:val="3"/>
  </w:num>
  <w:num w:numId="7" w16cid:durableId="43218422">
    <w:abstractNumId w:val="2"/>
  </w:num>
  <w:num w:numId="8" w16cid:durableId="157766627">
    <w:abstractNumId w:val="1"/>
  </w:num>
  <w:num w:numId="9" w16cid:durableId="1869566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6B2F2B"/>
    <w:rsid w:val="009775D3"/>
    <w:rsid w:val="009D14B5"/>
    <w:rsid w:val="00AA1D8D"/>
    <w:rsid w:val="00B47730"/>
    <w:rsid w:val="00BF0038"/>
    <w:rsid w:val="00C752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B10C4E0"/>
  <w14:defaultImageDpi w14:val="330"/>
  <w15:docId w15:val="{A5AC1F30-9BE0-45C4-854F-F4353483D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0038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Ritenyasree V Y</cp:lastModifiedBy>
  <cp:revision>2</cp:revision>
  <dcterms:created xsi:type="dcterms:W3CDTF">2026-09-01T04:49:00Z</dcterms:created>
  <dcterms:modified xsi:type="dcterms:W3CDTF">2026-09-01T04:49:00Z</dcterms:modified>
  <cp:category/>
</cp:coreProperties>
</file>