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68238" w14:textId="77777777" w:rsidR="00237D59" w:rsidRDefault="00000000">
      <w:pPr>
        <w:pStyle w:val="Heading1"/>
      </w:pPr>
      <w:r>
        <w:rPr>
          <w:rFonts w:ascii="Poppins" w:hAnsi="Poppins"/>
          <w:color w:val="0D3A66"/>
          <w:sz w:val="36"/>
        </w:rPr>
        <w:t>Build Your Dropshipping Launch Checklist</w:t>
      </w:r>
    </w:p>
    <w:p w14:paraId="757E7003" w14:textId="79CEEAAD" w:rsidR="00237D59" w:rsidRDefault="00000000">
      <w:r>
        <w:rPr>
          <w:rFonts w:ascii="Montserrat" w:hAnsi="Montserrat"/>
          <w:color w:val="687887"/>
          <w:sz w:val="20"/>
        </w:rPr>
        <w:t xml:space="preserve">Use this quick checklist to see what you should have ready before launching a dropshipping store. Each section also includes an AI prompt you can copy into </w:t>
      </w:r>
      <w:r w:rsidR="00416C87">
        <w:rPr>
          <w:rFonts w:ascii="Montserrat" w:hAnsi="Montserrat"/>
          <w:color w:val="687887"/>
          <w:sz w:val="20"/>
        </w:rPr>
        <w:t xml:space="preserve">any AI tool </w:t>
      </w:r>
      <w:r>
        <w:rPr>
          <w:rFonts w:ascii="Montserrat" w:hAnsi="Montserrat"/>
          <w:color w:val="687887"/>
          <w:sz w:val="20"/>
        </w:rPr>
        <w:t>for practical help.</w:t>
      </w:r>
    </w:p>
    <w:p w14:paraId="16F186C6" w14:textId="77777777" w:rsidR="00237D59" w:rsidRDefault="00237D59"/>
    <w:p w14:paraId="4ACC0649" w14:textId="77777777" w:rsidR="00237D59" w:rsidRDefault="00000000">
      <w:pPr>
        <w:pStyle w:val="Heading1"/>
        <w:spacing w:before="240"/>
      </w:pPr>
      <w:r>
        <w:rPr>
          <w:rFonts w:ascii="Poppins" w:hAnsi="Poppins"/>
          <w:color w:val="0D3A66"/>
        </w:rPr>
        <w:t>Product Research Checklist</w:t>
      </w:r>
    </w:p>
    <w:p w14:paraId="101A0CBE" w14:textId="77777777" w:rsidR="00237D59" w:rsidRDefault="00000000">
      <w:pPr>
        <w:spacing w:after="120"/>
      </w:pPr>
      <w:r>
        <w:rPr>
          <w:rFonts w:ascii="Montserrat" w:hAnsi="Montserrat"/>
          <w:color w:val="687887"/>
          <w:sz w:val="18"/>
        </w:rPr>
        <w:t>Start with the product before spending time building the store around it.</w:t>
      </w:r>
    </w:p>
    <w:p w14:paraId="52678FEB" w14:textId="6C122A1F" w:rsidR="00237D59" w:rsidRDefault="00000000" w:rsidP="00EC4990">
      <w:pPr>
        <w:pStyle w:val="ListBullet"/>
        <w:numPr>
          <w:ilvl w:val="0"/>
          <w:numId w:val="0"/>
        </w:numPr>
        <w:spacing w:before="40" w:after="40"/>
      </w:pPr>
      <w:sdt>
        <w:sdtPr>
          <w:rPr>
            <w:rFonts w:ascii="Montserrat" w:hAnsi="Montserrat"/>
            <w:b/>
            <w:bCs/>
            <w:color w:val="263746"/>
            <w:sz w:val="20"/>
          </w:rPr>
          <w:id w:val="-1467804705"/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 w:rsidR="001E6860">
            <w:rPr>
              <w:rFonts w:ascii="Segoe UI Symbol" w:hAnsi="Segoe UI Symbol"/>
              <w:b/>
              <w:bCs/>
              <w:color w:val="263746"/>
              <w:sz w:val="20"/>
            </w:rPr>
            <w:t>☐</w:t>
          </w:r>
        </w:sdtContent>
      </w:sdt>
      <w:r w:rsidR="006F0B92">
        <w:rPr>
          <w:rFonts w:ascii="Montserrat" w:hAnsi="Montserrat"/>
          <w:color w:val="263746"/>
          <w:sz w:val="20"/>
        </w:rPr>
        <w:t xml:space="preserve"> I have identified a specific product category.</w:t>
      </w:r>
    </w:p>
    <w:p w14:paraId="6A08FB5E" w14:textId="3519E433" w:rsidR="00237D59" w:rsidRDefault="00000000" w:rsidP="00EC4990">
      <w:pPr>
        <w:pStyle w:val="ListBullet"/>
        <w:numPr>
          <w:ilvl w:val="0"/>
          <w:numId w:val="0"/>
        </w:numPr>
        <w:spacing w:before="40" w:after="40"/>
      </w:pPr>
      <w:sdt>
        <w:sdtPr>
          <w:rPr>
            <w:rFonts w:ascii="Montserrat" w:hAnsi="Montserrat"/>
            <w:b/>
            <w:bCs/>
            <w:color w:val="263746"/>
            <w:sz w:val="20"/>
          </w:rPr>
          <w:id w:val="-636881167"/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 w:rsidR="007C7147">
            <w:rPr>
              <w:rFonts w:ascii="Segoe UI Symbol" w:hAnsi="Segoe UI Symbol"/>
              <w:b/>
              <w:bCs/>
              <w:color w:val="263746"/>
              <w:sz w:val="20"/>
            </w:rPr>
            <w:t>☐</w:t>
          </w:r>
        </w:sdtContent>
      </w:sdt>
      <w:r w:rsidR="00312647">
        <w:rPr>
          <w:rFonts w:ascii="Montserrat" w:hAnsi="Montserrat"/>
          <w:sz w:val="20"/>
        </w:rPr>
        <w:t xml:space="preserve"> </w:t>
      </w:r>
      <w:r w:rsidR="00312647">
        <w:rPr>
          <w:rFonts w:ascii="Montserrat" w:hAnsi="Montserrat"/>
          <w:color w:val="263746"/>
          <w:sz w:val="20"/>
        </w:rPr>
        <w:t>I know who the target customer is.</w:t>
      </w:r>
    </w:p>
    <w:p w14:paraId="75A02C8C" w14:textId="1F77EBE8" w:rsidR="00237D59" w:rsidRDefault="00000000" w:rsidP="00EC4990">
      <w:pPr>
        <w:pStyle w:val="ListBullet"/>
        <w:numPr>
          <w:ilvl w:val="0"/>
          <w:numId w:val="0"/>
        </w:numPr>
        <w:spacing w:before="40" w:after="40"/>
      </w:pPr>
      <w:sdt>
        <w:sdtPr>
          <w:rPr>
            <w:rFonts w:ascii="Montserrat" w:hAnsi="Montserrat"/>
            <w:b/>
            <w:bCs/>
            <w:color w:val="263746"/>
            <w:sz w:val="20"/>
          </w:rPr>
          <w:id w:val="-1692830224"/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 w:rsidR="00EC4990">
            <w:rPr>
              <w:rFonts w:ascii="Segoe UI Symbol" w:hAnsi="Segoe UI Symbol"/>
              <w:b/>
              <w:bCs/>
              <w:color w:val="263746"/>
              <w:sz w:val="20"/>
            </w:rPr>
            <w:t>☐</w:t>
          </w:r>
        </w:sdtContent>
      </w:sdt>
      <w:r w:rsidR="00312647">
        <w:rPr>
          <w:rFonts w:ascii="Montserrat" w:hAnsi="Montserrat"/>
          <w:sz w:val="20"/>
        </w:rPr>
        <w:t xml:space="preserve"> </w:t>
      </w:r>
      <w:r w:rsidR="00312647">
        <w:rPr>
          <w:rFonts w:ascii="Montserrat" w:hAnsi="Montserrat"/>
          <w:color w:val="263746"/>
          <w:sz w:val="20"/>
        </w:rPr>
        <w:t>I have checked existing competitors and their pricing.</w:t>
      </w:r>
    </w:p>
    <w:p w14:paraId="1CD9EA2D" w14:textId="0347C066" w:rsidR="00237D59" w:rsidRPr="00312647" w:rsidRDefault="00000000" w:rsidP="00EC4990">
      <w:pPr>
        <w:pStyle w:val="ListBullet"/>
        <w:numPr>
          <w:ilvl w:val="0"/>
          <w:numId w:val="0"/>
        </w:numPr>
        <w:spacing w:before="40" w:after="40"/>
      </w:pPr>
      <w:sdt>
        <w:sdtPr>
          <w:rPr>
            <w:rFonts w:ascii="Montserrat" w:hAnsi="Montserrat"/>
            <w:b/>
            <w:bCs/>
            <w:color w:val="263746"/>
            <w:sz w:val="20"/>
          </w:rPr>
          <w:id w:val="-444928684"/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 w:rsidR="00EC4990">
            <w:rPr>
              <w:rFonts w:ascii="Segoe UI Symbol" w:hAnsi="Segoe UI Symbol"/>
              <w:b/>
              <w:bCs/>
              <w:color w:val="263746"/>
              <w:sz w:val="20"/>
            </w:rPr>
            <w:t>☐</w:t>
          </w:r>
        </w:sdtContent>
      </w:sdt>
      <w:r w:rsidR="00312647">
        <w:rPr>
          <w:rFonts w:ascii="Montserrat" w:hAnsi="Montserrat"/>
          <w:sz w:val="20"/>
        </w:rPr>
        <w:t xml:space="preserve"> </w:t>
      </w:r>
      <w:r w:rsidR="00312647">
        <w:rPr>
          <w:rFonts w:ascii="Montserrat" w:hAnsi="Montserrat"/>
          <w:color w:val="263746"/>
          <w:sz w:val="20"/>
        </w:rPr>
        <w:t>I have considered the product's selling price and margin.</w:t>
      </w:r>
    </w:p>
    <w:p w14:paraId="463E6E36" w14:textId="77777777" w:rsidR="00312647" w:rsidRDefault="00312647" w:rsidP="00312647">
      <w:pPr>
        <w:pStyle w:val="ListBullet"/>
        <w:numPr>
          <w:ilvl w:val="0"/>
          <w:numId w:val="0"/>
        </w:numPr>
        <w:spacing w:before="40" w:after="40"/>
        <w:ind w:left="360" w:hanging="360"/>
      </w:pPr>
    </w:p>
    <w:p w14:paraId="09AA45FB" w14:textId="0E9CD451" w:rsidR="006F0B92" w:rsidRPr="006F0B92" w:rsidRDefault="00000000">
      <w:pPr>
        <w:pBdr>
          <w:top w:val="single" w:sz="4" w:space="24" w:color="E2E8EE"/>
          <w:left w:val="single" w:sz="4" w:space="24" w:color="E2E8EE"/>
          <w:bottom w:val="single" w:sz="4" w:space="24" w:color="E2E8EE"/>
          <w:right w:val="single" w:sz="4" w:space="24" w:color="E2E8EE"/>
        </w:pBdr>
        <w:shd w:val="clear" w:color="auto" w:fill="F7F9FB"/>
        <w:spacing w:before="160" w:after="160"/>
        <w:rPr>
          <w:rFonts w:ascii="Montserrat" w:hAnsi="Montserrat"/>
          <w:color w:val="0D3A66"/>
          <w:sz w:val="18"/>
        </w:rPr>
      </w:pPr>
      <w:r>
        <w:rPr>
          <w:rFonts w:ascii="Montserrat" w:hAnsi="Montserrat"/>
          <w:b/>
          <w:color w:val="F05A00"/>
          <w:sz w:val="14"/>
        </w:rPr>
        <w:t>AI PROMPT TO COPY</w:t>
      </w:r>
      <w:r w:rsidR="002B7014">
        <w:rPr>
          <w:rFonts w:ascii="Montserrat" w:hAnsi="Montserrat"/>
          <w:b/>
          <w:color w:val="F05A00"/>
          <w:sz w:val="14"/>
        </w:rPr>
        <w:br/>
      </w:r>
      <w:r>
        <w:rPr>
          <w:rFonts w:ascii="Montserrat" w:hAnsi="Montserrat"/>
          <w:b/>
          <w:color w:val="F05A00"/>
          <w:sz w:val="14"/>
        </w:rPr>
        <w:br/>
      </w:r>
      <w:r>
        <w:rPr>
          <w:rFonts w:ascii="Montserrat" w:hAnsi="Montserrat"/>
          <w:color w:val="0D3A66"/>
          <w:sz w:val="18"/>
        </w:rPr>
        <w:t>"I want to start a dropshipping store for [product/category]. Help me identify the target customer, common competitors, possible selling angles and questions I should answer before choosing this product."</w:t>
      </w:r>
    </w:p>
    <w:p w14:paraId="34EF0DC9" w14:textId="77777777" w:rsidR="00742627" w:rsidRPr="00742627" w:rsidRDefault="00742627" w:rsidP="00742627"/>
    <w:p w14:paraId="7602131C" w14:textId="59377FE0" w:rsidR="00237D59" w:rsidRDefault="00000000">
      <w:pPr>
        <w:pStyle w:val="Heading1"/>
        <w:spacing w:before="240"/>
      </w:pPr>
      <w:r>
        <w:rPr>
          <w:rFonts w:ascii="Poppins" w:hAnsi="Poppins"/>
          <w:color w:val="0D3A66"/>
        </w:rPr>
        <w:t>Store Launch Checklist</w:t>
      </w:r>
    </w:p>
    <w:p w14:paraId="48A41614" w14:textId="77777777" w:rsidR="00237D59" w:rsidRDefault="00000000">
      <w:pPr>
        <w:spacing w:after="120"/>
      </w:pPr>
      <w:r>
        <w:rPr>
          <w:rFonts w:ascii="Montserrat" w:hAnsi="Montserrat"/>
          <w:color w:val="687887"/>
          <w:sz w:val="18"/>
        </w:rPr>
        <w:t>Make sure the customer can understand, trust and buy from your store.</w:t>
      </w:r>
    </w:p>
    <w:p w14:paraId="59EFCF50" w14:textId="0A32A1E6" w:rsidR="00237D59" w:rsidRDefault="00000000" w:rsidP="00EC4990">
      <w:pPr>
        <w:pStyle w:val="ListBullet"/>
        <w:numPr>
          <w:ilvl w:val="0"/>
          <w:numId w:val="0"/>
        </w:numPr>
        <w:spacing w:before="40" w:after="40"/>
      </w:pPr>
      <w:sdt>
        <w:sdtPr>
          <w:rPr>
            <w:rFonts w:ascii="Montserrat" w:hAnsi="Montserrat"/>
            <w:b/>
            <w:bCs/>
            <w:color w:val="263746"/>
            <w:sz w:val="20"/>
          </w:rPr>
          <w:id w:val="875511495"/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 w:rsidR="007C7147" w:rsidRPr="007C7147">
            <w:rPr>
              <w:rFonts w:ascii="Segoe UI Symbol" w:hAnsi="Segoe UI Symbol"/>
              <w:b/>
              <w:bCs/>
              <w:color w:val="263746"/>
              <w:sz w:val="20"/>
            </w:rPr>
            <w:t>☐</w:t>
          </w:r>
        </w:sdtContent>
      </w:sdt>
      <w:r w:rsidR="00312647">
        <w:rPr>
          <w:rFonts w:ascii="Montserrat" w:hAnsi="Montserrat"/>
          <w:sz w:val="20"/>
        </w:rPr>
        <w:t xml:space="preserve"> </w:t>
      </w:r>
      <w:r w:rsidR="00312647">
        <w:rPr>
          <w:rFonts w:ascii="Montserrat" w:hAnsi="Montserrat"/>
          <w:color w:val="263746"/>
          <w:sz w:val="20"/>
        </w:rPr>
        <w:t>I have chosen a store name and domain.</w:t>
      </w:r>
    </w:p>
    <w:p w14:paraId="5FF105EE" w14:textId="3EED3500" w:rsidR="00237D59" w:rsidRDefault="00000000" w:rsidP="00EC4990">
      <w:pPr>
        <w:pStyle w:val="ListBullet"/>
        <w:numPr>
          <w:ilvl w:val="0"/>
          <w:numId w:val="0"/>
        </w:numPr>
        <w:spacing w:before="40" w:after="40"/>
      </w:pPr>
      <w:sdt>
        <w:sdtPr>
          <w:rPr>
            <w:rFonts w:ascii="Montserrat" w:hAnsi="Montserrat"/>
            <w:b/>
            <w:bCs/>
            <w:color w:val="263746"/>
            <w:sz w:val="20"/>
          </w:rPr>
          <w:id w:val="112802421"/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 w:rsidR="007C7147" w:rsidRPr="007C7147">
            <w:rPr>
              <w:rFonts w:ascii="Segoe UI Symbol" w:hAnsi="Segoe UI Symbol"/>
              <w:b/>
              <w:bCs/>
              <w:color w:val="263746"/>
              <w:sz w:val="20"/>
            </w:rPr>
            <w:t>☐</w:t>
          </w:r>
        </w:sdtContent>
      </w:sdt>
      <w:r w:rsidR="00312647">
        <w:rPr>
          <w:rFonts w:ascii="Montserrat" w:hAnsi="Montserrat"/>
          <w:sz w:val="20"/>
        </w:rPr>
        <w:t xml:space="preserve"> </w:t>
      </w:r>
      <w:r w:rsidR="00312647">
        <w:rPr>
          <w:rFonts w:ascii="Montserrat" w:hAnsi="Montserrat"/>
          <w:color w:val="263746"/>
          <w:sz w:val="20"/>
        </w:rPr>
        <w:t>My product pages have clear titles, images and descriptions.</w:t>
      </w:r>
    </w:p>
    <w:p w14:paraId="3C7D5B72" w14:textId="0D5F94DD" w:rsidR="00237D59" w:rsidRDefault="00000000" w:rsidP="00EC4990">
      <w:pPr>
        <w:pStyle w:val="ListBullet"/>
        <w:numPr>
          <w:ilvl w:val="0"/>
          <w:numId w:val="0"/>
        </w:numPr>
        <w:spacing w:before="40" w:after="40"/>
      </w:pPr>
      <w:sdt>
        <w:sdtPr>
          <w:rPr>
            <w:rFonts w:ascii="Montserrat" w:hAnsi="Montserrat"/>
            <w:b/>
            <w:bCs/>
            <w:color w:val="263746"/>
            <w:sz w:val="20"/>
          </w:rPr>
          <w:id w:val="-1957632899"/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 w:rsidR="007C7147" w:rsidRPr="007C7147">
            <w:rPr>
              <w:rFonts w:ascii="Segoe UI Symbol" w:hAnsi="Segoe UI Symbol"/>
              <w:b/>
              <w:bCs/>
              <w:color w:val="263746"/>
              <w:sz w:val="20"/>
            </w:rPr>
            <w:t>☐</w:t>
          </w:r>
        </w:sdtContent>
      </w:sdt>
      <w:r w:rsidR="00312647">
        <w:rPr>
          <w:rFonts w:ascii="Montserrat" w:hAnsi="Montserrat"/>
          <w:sz w:val="20"/>
        </w:rPr>
        <w:t xml:space="preserve"> </w:t>
      </w:r>
      <w:r w:rsidR="00312647">
        <w:rPr>
          <w:rFonts w:ascii="Montserrat" w:hAnsi="Montserrat"/>
          <w:color w:val="263746"/>
          <w:sz w:val="20"/>
        </w:rPr>
        <w:t>My pricing and shipping information are visible.</w:t>
      </w:r>
    </w:p>
    <w:p w14:paraId="3029F20B" w14:textId="3E5A763C" w:rsidR="00237D59" w:rsidRPr="00312647" w:rsidRDefault="00000000" w:rsidP="00EC4990">
      <w:pPr>
        <w:pStyle w:val="ListBullet"/>
        <w:numPr>
          <w:ilvl w:val="0"/>
          <w:numId w:val="0"/>
        </w:numPr>
        <w:spacing w:before="40" w:after="40"/>
      </w:pPr>
      <w:sdt>
        <w:sdtPr>
          <w:rPr>
            <w:rFonts w:ascii="Montserrat" w:hAnsi="Montserrat"/>
            <w:b/>
            <w:bCs/>
            <w:color w:val="263746"/>
            <w:sz w:val="20"/>
          </w:rPr>
          <w:id w:val="1989585155"/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 w:rsidR="00EC4990">
            <w:rPr>
              <w:rFonts w:ascii="Segoe UI Symbol" w:hAnsi="Segoe UI Symbol"/>
              <w:b/>
              <w:bCs/>
              <w:color w:val="263746"/>
              <w:sz w:val="20"/>
            </w:rPr>
            <w:t>☐</w:t>
          </w:r>
        </w:sdtContent>
      </w:sdt>
      <w:r w:rsidR="00312647">
        <w:rPr>
          <w:rFonts w:ascii="Montserrat" w:hAnsi="Montserrat"/>
          <w:sz w:val="20"/>
        </w:rPr>
        <w:t xml:space="preserve"> </w:t>
      </w:r>
      <w:r w:rsidR="00312647">
        <w:rPr>
          <w:rFonts w:ascii="Montserrat" w:hAnsi="Montserrat"/>
          <w:color w:val="263746"/>
          <w:sz w:val="20"/>
        </w:rPr>
        <w:t>I have added the basic store policies customers need.</w:t>
      </w:r>
    </w:p>
    <w:p w14:paraId="5DE5A52F" w14:textId="77777777" w:rsidR="00312647" w:rsidRDefault="00312647" w:rsidP="00312647">
      <w:pPr>
        <w:pStyle w:val="ListBullet"/>
        <w:numPr>
          <w:ilvl w:val="0"/>
          <w:numId w:val="0"/>
        </w:numPr>
        <w:spacing w:before="40" w:after="40"/>
        <w:ind w:left="360" w:hanging="360"/>
      </w:pPr>
    </w:p>
    <w:p w14:paraId="54374A5D" w14:textId="78E1EF0E" w:rsidR="00237D59" w:rsidRDefault="00000000">
      <w:pPr>
        <w:pBdr>
          <w:top w:val="single" w:sz="4" w:space="24" w:color="E2E8EE"/>
          <w:left w:val="single" w:sz="4" w:space="24" w:color="E2E8EE"/>
          <w:bottom w:val="single" w:sz="4" w:space="24" w:color="E2E8EE"/>
          <w:right w:val="single" w:sz="4" w:space="24" w:color="E2E8EE"/>
        </w:pBdr>
        <w:shd w:val="clear" w:color="auto" w:fill="F7F9FB"/>
        <w:spacing w:before="160" w:after="160"/>
      </w:pPr>
      <w:r>
        <w:rPr>
          <w:rFonts w:ascii="Montserrat" w:hAnsi="Montserrat"/>
          <w:b/>
          <w:color w:val="F05A00"/>
          <w:sz w:val="14"/>
        </w:rPr>
        <w:t>AI PROMPT TO COPY</w:t>
      </w:r>
      <w:r w:rsidR="002B7014">
        <w:rPr>
          <w:rFonts w:ascii="Montserrat" w:hAnsi="Montserrat"/>
          <w:b/>
          <w:color w:val="F05A00"/>
          <w:sz w:val="14"/>
        </w:rPr>
        <w:br/>
      </w:r>
      <w:r>
        <w:rPr>
          <w:rFonts w:ascii="Montserrat" w:hAnsi="Montserrat"/>
          <w:b/>
          <w:color w:val="F05A00"/>
          <w:sz w:val="14"/>
        </w:rPr>
        <w:br/>
      </w:r>
      <w:r>
        <w:rPr>
          <w:rFonts w:ascii="Montserrat" w:hAnsi="Montserrat"/>
          <w:color w:val="0D3A66"/>
          <w:sz w:val="18"/>
        </w:rPr>
        <w:t xml:space="preserve">"Review this </w:t>
      </w:r>
      <w:proofErr w:type="spellStart"/>
      <w:r>
        <w:rPr>
          <w:rFonts w:ascii="Montserrat" w:hAnsi="Montserrat"/>
          <w:color w:val="0D3A66"/>
          <w:sz w:val="18"/>
        </w:rPr>
        <w:t>dropshipping</w:t>
      </w:r>
      <w:proofErr w:type="spellEnd"/>
      <w:r>
        <w:rPr>
          <w:rFonts w:ascii="Montserrat" w:hAnsi="Montserrat"/>
          <w:color w:val="0D3A66"/>
          <w:sz w:val="18"/>
        </w:rPr>
        <w:t xml:space="preserve"> product page copy: [copy</w:t>
      </w:r>
      <w:r w:rsidR="00416C87">
        <w:rPr>
          <w:rFonts w:ascii="Montserrat" w:hAnsi="Montserrat"/>
          <w:color w:val="0D3A66"/>
          <w:sz w:val="18"/>
        </w:rPr>
        <w:t xml:space="preserve"> paste</w:t>
      </w:r>
      <w:r>
        <w:rPr>
          <w:rFonts w:ascii="Montserrat" w:hAnsi="Montserrat"/>
          <w:color w:val="0D3A66"/>
          <w:sz w:val="18"/>
        </w:rPr>
        <w:t>]. Identify missing information that could make a customer hesitate before buying and suggest clearer wording without making unsupported claims."</w:t>
      </w:r>
    </w:p>
    <w:p w14:paraId="682CBEBB" w14:textId="77777777" w:rsidR="00237D59" w:rsidRDefault="00000000">
      <w:r>
        <w:br w:type="page"/>
      </w:r>
    </w:p>
    <w:p w14:paraId="179DE9D2" w14:textId="77777777" w:rsidR="00237D59" w:rsidRDefault="00000000">
      <w:pPr>
        <w:pStyle w:val="Heading1"/>
        <w:spacing w:before="240"/>
      </w:pPr>
      <w:r>
        <w:rPr>
          <w:rFonts w:ascii="Poppins" w:hAnsi="Poppins"/>
          <w:color w:val="0D3A66"/>
        </w:rPr>
        <w:lastRenderedPageBreak/>
        <w:t>Marketing Checklist</w:t>
      </w:r>
    </w:p>
    <w:p w14:paraId="201FE79F" w14:textId="77777777" w:rsidR="00237D59" w:rsidRDefault="00000000">
      <w:pPr>
        <w:spacing w:after="120"/>
      </w:pPr>
      <w:r>
        <w:rPr>
          <w:rFonts w:ascii="Montserrat" w:hAnsi="Montserrat"/>
          <w:color w:val="687887"/>
          <w:sz w:val="18"/>
        </w:rPr>
        <w:t>Decide how customers will discover your products before you launch.</w:t>
      </w:r>
    </w:p>
    <w:p w14:paraId="0305796F" w14:textId="1C36270D" w:rsidR="00237D59" w:rsidRDefault="00000000" w:rsidP="00EC4990">
      <w:pPr>
        <w:pStyle w:val="ListBullet"/>
        <w:numPr>
          <w:ilvl w:val="0"/>
          <w:numId w:val="0"/>
        </w:numPr>
        <w:spacing w:before="40" w:after="40"/>
      </w:pPr>
      <w:sdt>
        <w:sdtPr>
          <w:rPr>
            <w:rFonts w:ascii="Montserrat" w:hAnsi="Montserrat"/>
            <w:b/>
            <w:bCs/>
            <w:color w:val="263746"/>
            <w:sz w:val="20"/>
          </w:rPr>
          <w:id w:val="-834380529"/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 w:rsidR="00EC4990">
            <w:rPr>
              <w:rFonts w:ascii="Segoe UI Symbol" w:hAnsi="Segoe UI Symbol"/>
              <w:b/>
              <w:bCs/>
              <w:color w:val="263746"/>
              <w:sz w:val="20"/>
            </w:rPr>
            <w:t>☐</w:t>
          </w:r>
        </w:sdtContent>
      </w:sdt>
      <w:r w:rsidR="00312647">
        <w:rPr>
          <w:rFonts w:ascii="Montserrat" w:hAnsi="Montserrat"/>
          <w:sz w:val="20"/>
        </w:rPr>
        <w:t xml:space="preserve"> </w:t>
      </w:r>
      <w:r w:rsidR="00312647">
        <w:rPr>
          <w:rFonts w:ascii="Montserrat" w:hAnsi="Montserrat"/>
          <w:color w:val="263746"/>
          <w:sz w:val="20"/>
        </w:rPr>
        <w:t>I have selected the main channel I will use to reach customers.</w:t>
      </w:r>
    </w:p>
    <w:p w14:paraId="0410536C" w14:textId="2660D8FD" w:rsidR="00237D59" w:rsidRDefault="00000000" w:rsidP="00EC4990">
      <w:pPr>
        <w:pStyle w:val="ListBullet"/>
        <w:numPr>
          <w:ilvl w:val="0"/>
          <w:numId w:val="0"/>
        </w:numPr>
        <w:spacing w:before="40" w:after="40"/>
      </w:pPr>
      <w:sdt>
        <w:sdtPr>
          <w:rPr>
            <w:rFonts w:ascii="Montserrat" w:hAnsi="Montserrat"/>
            <w:b/>
            <w:bCs/>
            <w:color w:val="263746"/>
            <w:sz w:val="20"/>
          </w:rPr>
          <w:id w:val="-1398361102"/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 w:rsidR="00EC4990">
            <w:rPr>
              <w:rFonts w:ascii="Segoe UI Symbol" w:hAnsi="Segoe UI Symbol"/>
              <w:b/>
              <w:bCs/>
              <w:color w:val="263746"/>
              <w:sz w:val="20"/>
            </w:rPr>
            <w:t>☐</w:t>
          </w:r>
        </w:sdtContent>
      </w:sdt>
      <w:r w:rsidR="00312647">
        <w:rPr>
          <w:rFonts w:ascii="Montserrat" w:hAnsi="Montserrat"/>
          <w:sz w:val="20"/>
        </w:rPr>
        <w:t xml:space="preserve"> </w:t>
      </w:r>
      <w:r w:rsidR="00312647">
        <w:rPr>
          <w:rFonts w:ascii="Montserrat" w:hAnsi="Montserrat"/>
          <w:color w:val="263746"/>
          <w:sz w:val="20"/>
        </w:rPr>
        <w:t>I have defined the audience for my first campaign.</w:t>
      </w:r>
    </w:p>
    <w:p w14:paraId="015CFD47" w14:textId="6AB2ADA5" w:rsidR="00237D59" w:rsidRDefault="00000000" w:rsidP="00EC4990">
      <w:pPr>
        <w:pStyle w:val="ListBullet"/>
        <w:numPr>
          <w:ilvl w:val="0"/>
          <w:numId w:val="0"/>
        </w:numPr>
        <w:spacing w:before="40" w:after="40"/>
      </w:pPr>
      <w:sdt>
        <w:sdtPr>
          <w:rPr>
            <w:rFonts w:ascii="Montserrat" w:hAnsi="Montserrat"/>
            <w:b/>
            <w:bCs/>
            <w:color w:val="263746"/>
            <w:sz w:val="20"/>
          </w:rPr>
          <w:id w:val="913596161"/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 w:rsidR="007C7147" w:rsidRPr="007C7147">
            <w:rPr>
              <w:rFonts w:ascii="Segoe UI Symbol" w:hAnsi="Segoe UI Symbol"/>
              <w:b/>
              <w:bCs/>
              <w:color w:val="263746"/>
              <w:sz w:val="20"/>
            </w:rPr>
            <w:t>☐</w:t>
          </w:r>
        </w:sdtContent>
      </w:sdt>
      <w:r w:rsidR="00312647">
        <w:rPr>
          <w:rFonts w:ascii="Montserrat" w:hAnsi="Montserrat"/>
          <w:sz w:val="20"/>
        </w:rPr>
        <w:t xml:space="preserve"> </w:t>
      </w:r>
      <w:r w:rsidR="00312647">
        <w:rPr>
          <w:rFonts w:ascii="Montserrat" w:hAnsi="Montserrat"/>
          <w:color w:val="263746"/>
          <w:sz w:val="20"/>
        </w:rPr>
        <w:t>I have prepared several content or ad ideas.</w:t>
      </w:r>
    </w:p>
    <w:p w14:paraId="676D4940" w14:textId="3DF58978" w:rsidR="00237D59" w:rsidRPr="00312647" w:rsidRDefault="00000000" w:rsidP="00EC4990">
      <w:pPr>
        <w:pStyle w:val="ListBullet"/>
        <w:numPr>
          <w:ilvl w:val="0"/>
          <w:numId w:val="0"/>
        </w:numPr>
        <w:spacing w:before="40" w:after="40"/>
      </w:pPr>
      <w:sdt>
        <w:sdtPr>
          <w:rPr>
            <w:rFonts w:ascii="Montserrat" w:hAnsi="Montserrat"/>
            <w:b/>
            <w:bCs/>
            <w:color w:val="263746"/>
            <w:sz w:val="20"/>
          </w:rPr>
          <w:id w:val="371279630"/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 w:rsidR="00EC4990">
            <w:rPr>
              <w:rFonts w:ascii="Segoe UI Symbol" w:hAnsi="Segoe UI Symbol"/>
              <w:b/>
              <w:bCs/>
              <w:color w:val="263746"/>
              <w:sz w:val="20"/>
            </w:rPr>
            <w:t>☐</w:t>
          </w:r>
        </w:sdtContent>
      </w:sdt>
      <w:r w:rsidR="00312647">
        <w:rPr>
          <w:rFonts w:ascii="Montserrat" w:hAnsi="Montserrat"/>
          <w:sz w:val="20"/>
        </w:rPr>
        <w:t xml:space="preserve"> </w:t>
      </w:r>
      <w:r w:rsidR="00312647">
        <w:rPr>
          <w:rFonts w:ascii="Montserrat" w:hAnsi="Montserrat"/>
          <w:color w:val="263746"/>
          <w:sz w:val="20"/>
        </w:rPr>
        <w:t>I know which store or product action I want visitors to take.</w:t>
      </w:r>
    </w:p>
    <w:p w14:paraId="0E1C671D" w14:textId="77777777" w:rsidR="00312647" w:rsidRDefault="00312647" w:rsidP="00312647">
      <w:pPr>
        <w:pStyle w:val="ListBullet"/>
        <w:numPr>
          <w:ilvl w:val="0"/>
          <w:numId w:val="0"/>
        </w:numPr>
        <w:spacing w:before="40" w:after="40"/>
        <w:ind w:left="360" w:hanging="360"/>
      </w:pPr>
    </w:p>
    <w:p w14:paraId="4570AF75" w14:textId="12E511A0" w:rsidR="006F0B92" w:rsidRPr="006F0B92" w:rsidRDefault="00000000" w:rsidP="006F0B92">
      <w:pPr>
        <w:pBdr>
          <w:top w:val="single" w:sz="4" w:space="24" w:color="E2E8EE"/>
          <w:left w:val="single" w:sz="4" w:space="24" w:color="E2E8EE"/>
          <w:bottom w:val="single" w:sz="4" w:space="24" w:color="E2E8EE"/>
          <w:right w:val="single" w:sz="4" w:space="24" w:color="E2E8EE"/>
        </w:pBdr>
        <w:shd w:val="clear" w:color="auto" w:fill="F7F9FB"/>
        <w:spacing w:before="160" w:after="160"/>
        <w:rPr>
          <w:rFonts w:ascii="Montserrat" w:hAnsi="Montserrat"/>
          <w:color w:val="0D3A66"/>
          <w:sz w:val="18"/>
        </w:rPr>
      </w:pPr>
      <w:r>
        <w:rPr>
          <w:rFonts w:ascii="Montserrat" w:hAnsi="Montserrat"/>
          <w:b/>
          <w:color w:val="F05A00"/>
          <w:sz w:val="14"/>
        </w:rPr>
        <w:t>AI PROMPT TO COPY</w:t>
      </w:r>
      <w:r w:rsidR="002B7014">
        <w:rPr>
          <w:rFonts w:ascii="Montserrat" w:hAnsi="Montserrat"/>
          <w:b/>
          <w:color w:val="F05A00"/>
          <w:sz w:val="14"/>
        </w:rPr>
        <w:br/>
      </w:r>
      <w:r>
        <w:rPr>
          <w:rFonts w:ascii="Montserrat" w:hAnsi="Montserrat"/>
          <w:b/>
          <w:color w:val="F05A00"/>
          <w:sz w:val="14"/>
        </w:rPr>
        <w:br/>
      </w:r>
      <w:r>
        <w:rPr>
          <w:rFonts w:ascii="Montserrat" w:hAnsi="Montserrat"/>
          <w:color w:val="0D3A66"/>
          <w:sz w:val="18"/>
        </w:rPr>
        <w:t>"Act as a marketing planner for my dropshipping store selling [product] to [audience]. Give me 10 content ideas for [Instagram/YouTube/Meta Ads/etc.] and explain the purpose of each idea."</w:t>
      </w:r>
    </w:p>
    <w:p w14:paraId="7B4922FD" w14:textId="77777777" w:rsidR="00742627" w:rsidRPr="00742627" w:rsidRDefault="00742627" w:rsidP="00742627"/>
    <w:p w14:paraId="22C2D52B" w14:textId="7EE5DA9C" w:rsidR="00237D59" w:rsidRDefault="00000000">
      <w:pPr>
        <w:pStyle w:val="Heading1"/>
        <w:spacing w:before="240"/>
      </w:pPr>
      <w:r>
        <w:rPr>
          <w:rFonts w:ascii="Poppins" w:hAnsi="Poppins"/>
          <w:color w:val="0D3A66"/>
        </w:rPr>
        <w:t>Operations Checklist</w:t>
      </w:r>
    </w:p>
    <w:p w14:paraId="33E2B1AA" w14:textId="59222B6E" w:rsidR="009C7A1B" w:rsidRPr="009C7A1B" w:rsidRDefault="00000000">
      <w:pPr>
        <w:spacing w:after="120"/>
        <w:rPr>
          <w:rFonts w:ascii="Montserrat" w:hAnsi="Montserrat"/>
          <w:color w:val="687887"/>
          <w:sz w:val="18"/>
        </w:rPr>
      </w:pPr>
      <w:r>
        <w:rPr>
          <w:rFonts w:ascii="Montserrat" w:hAnsi="Montserrat"/>
          <w:color w:val="687887"/>
          <w:sz w:val="18"/>
        </w:rPr>
        <w:t>Plan what happens after a customer places an order.</w:t>
      </w:r>
    </w:p>
    <w:p w14:paraId="58F079E5" w14:textId="1C07A67B" w:rsidR="00237D59" w:rsidRDefault="00000000" w:rsidP="00EC4990">
      <w:pPr>
        <w:pStyle w:val="ListBullet"/>
        <w:numPr>
          <w:ilvl w:val="0"/>
          <w:numId w:val="0"/>
        </w:numPr>
        <w:spacing w:before="40" w:after="40"/>
      </w:pPr>
      <w:sdt>
        <w:sdtPr>
          <w:rPr>
            <w:rFonts w:ascii="Montserrat" w:hAnsi="Montserrat"/>
            <w:b/>
            <w:bCs/>
            <w:color w:val="263746"/>
            <w:sz w:val="20"/>
          </w:rPr>
          <w:id w:val="-562403022"/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 w:rsidR="00742627">
            <w:rPr>
              <w:rFonts w:ascii="Segoe UI Symbol" w:hAnsi="Segoe UI Symbol"/>
              <w:b/>
              <w:bCs/>
              <w:color w:val="263746"/>
              <w:sz w:val="20"/>
            </w:rPr>
            <w:t>☐</w:t>
          </w:r>
        </w:sdtContent>
      </w:sdt>
      <w:r w:rsidR="00312647">
        <w:rPr>
          <w:rFonts w:ascii="Montserrat" w:hAnsi="Montserrat"/>
          <w:sz w:val="20"/>
        </w:rPr>
        <w:t xml:space="preserve"> </w:t>
      </w:r>
      <w:r w:rsidR="00312647">
        <w:rPr>
          <w:rFonts w:ascii="Montserrat" w:hAnsi="Montserrat"/>
          <w:color w:val="263746"/>
          <w:sz w:val="20"/>
        </w:rPr>
        <w:t>I know who will fulfil my customer orders.</w:t>
      </w:r>
    </w:p>
    <w:p w14:paraId="1C812E58" w14:textId="60B49C8D" w:rsidR="00237D59" w:rsidRDefault="00000000" w:rsidP="00EC4990">
      <w:pPr>
        <w:pStyle w:val="ListBullet"/>
        <w:numPr>
          <w:ilvl w:val="0"/>
          <w:numId w:val="0"/>
        </w:numPr>
        <w:spacing w:before="40" w:after="40"/>
      </w:pPr>
      <w:sdt>
        <w:sdtPr>
          <w:rPr>
            <w:rFonts w:ascii="Montserrat" w:hAnsi="Montserrat"/>
            <w:b/>
            <w:bCs/>
            <w:color w:val="263746"/>
            <w:sz w:val="20"/>
          </w:rPr>
          <w:id w:val="236445696"/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 w:rsidR="007C7147" w:rsidRPr="007C7147">
            <w:rPr>
              <w:rFonts w:ascii="Segoe UI Symbol" w:hAnsi="Segoe UI Symbol"/>
              <w:b/>
              <w:bCs/>
              <w:color w:val="263746"/>
              <w:sz w:val="20"/>
            </w:rPr>
            <w:t>☐</w:t>
          </w:r>
        </w:sdtContent>
      </w:sdt>
      <w:r w:rsidR="00312647">
        <w:rPr>
          <w:rFonts w:ascii="Montserrat" w:hAnsi="Montserrat"/>
          <w:sz w:val="20"/>
        </w:rPr>
        <w:t xml:space="preserve"> </w:t>
      </w:r>
      <w:r w:rsidR="00312647">
        <w:rPr>
          <w:rFonts w:ascii="Montserrat" w:hAnsi="Montserrat"/>
          <w:color w:val="263746"/>
          <w:sz w:val="20"/>
        </w:rPr>
        <w:t>I understand the order and shipping process.</w:t>
      </w:r>
    </w:p>
    <w:p w14:paraId="22DBABE1" w14:textId="76C9870D" w:rsidR="00237D59" w:rsidRDefault="00000000" w:rsidP="00EC4990">
      <w:pPr>
        <w:pStyle w:val="ListBullet"/>
        <w:numPr>
          <w:ilvl w:val="0"/>
          <w:numId w:val="0"/>
        </w:numPr>
        <w:spacing w:before="40" w:after="40"/>
      </w:pPr>
      <w:sdt>
        <w:sdtPr>
          <w:rPr>
            <w:rFonts w:ascii="Montserrat" w:hAnsi="Montserrat"/>
            <w:b/>
            <w:bCs/>
            <w:color w:val="263746"/>
            <w:sz w:val="20"/>
          </w:rPr>
          <w:id w:val="-190532857"/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 w:rsidR="007C7147" w:rsidRPr="007C7147">
            <w:rPr>
              <w:rFonts w:ascii="Segoe UI Symbol" w:hAnsi="Segoe UI Symbol"/>
              <w:b/>
              <w:bCs/>
              <w:color w:val="263746"/>
              <w:sz w:val="20"/>
            </w:rPr>
            <w:t>☐</w:t>
          </w:r>
        </w:sdtContent>
      </w:sdt>
      <w:r w:rsidR="00312647">
        <w:rPr>
          <w:rFonts w:ascii="Montserrat" w:hAnsi="Montserrat"/>
          <w:sz w:val="20"/>
        </w:rPr>
        <w:t xml:space="preserve"> </w:t>
      </w:r>
      <w:r w:rsidR="00312647">
        <w:rPr>
          <w:rFonts w:ascii="Montserrat" w:hAnsi="Montserrat"/>
          <w:color w:val="263746"/>
          <w:sz w:val="20"/>
        </w:rPr>
        <w:t>I have decided how I will handle customer questions.</w:t>
      </w:r>
    </w:p>
    <w:p w14:paraId="605D9C45" w14:textId="52A255CF" w:rsidR="00237D59" w:rsidRPr="00312647" w:rsidRDefault="00000000" w:rsidP="00EC4990">
      <w:pPr>
        <w:pStyle w:val="ListBullet"/>
        <w:numPr>
          <w:ilvl w:val="0"/>
          <w:numId w:val="0"/>
        </w:numPr>
        <w:spacing w:before="40" w:after="40"/>
      </w:pPr>
      <w:sdt>
        <w:sdtPr>
          <w:rPr>
            <w:rFonts w:ascii="Montserrat" w:hAnsi="Montserrat"/>
            <w:b/>
            <w:bCs/>
            <w:color w:val="263746"/>
            <w:sz w:val="20"/>
          </w:rPr>
          <w:id w:val="-452393555"/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 w:rsidR="00EC4990">
            <w:rPr>
              <w:rFonts w:ascii="Segoe UI Symbol" w:hAnsi="Segoe UI Symbol"/>
              <w:b/>
              <w:bCs/>
              <w:color w:val="263746"/>
              <w:sz w:val="20"/>
            </w:rPr>
            <w:t>☐</w:t>
          </w:r>
        </w:sdtContent>
      </w:sdt>
      <w:r w:rsidR="00312647">
        <w:rPr>
          <w:rFonts w:ascii="Montserrat" w:hAnsi="Montserrat"/>
          <w:sz w:val="20"/>
        </w:rPr>
        <w:t xml:space="preserve"> </w:t>
      </w:r>
      <w:r w:rsidR="00312647">
        <w:rPr>
          <w:rFonts w:ascii="Montserrat" w:hAnsi="Montserrat"/>
          <w:color w:val="263746"/>
          <w:sz w:val="20"/>
        </w:rPr>
        <w:t>I have planned how I will handle returns or order issues.</w:t>
      </w:r>
    </w:p>
    <w:p w14:paraId="18DF5DF3" w14:textId="77777777" w:rsidR="00312647" w:rsidRDefault="00312647" w:rsidP="00312647">
      <w:pPr>
        <w:pStyle w:val="ListBullet"/>
        <w:numPr>
          <w:ilvl w:val="0"/>
          <w:numId w:val="0"/>
        </w:numPr>
        <w:spacing w:before="40" w:after="40"/>
      </w:pPr>
    </w:p>
    <w:p w14:paraId="0240F27D" w14:textId="31728F02" w:rsidR="00237D59" w:rsidRPr="002B7014" w:rsidRDefault="00000000">
      <w:pPr>
        <w:pBdr>
          <w:top w:val="single" w:sz="4" w:space="24" w:color="E2E8EE"/>
          <w:left w:val="single" w:sz="4" w:space="24" w:color="E2E8EE"/>
          <w:bottom w:val="single" w:sz="4" w:space="24" w:color="E2E8EE"/>
          <w:right w:val="single" w:sz="4" w:space="24" w:color="E2E8EE"/>
        </w:pBdr>
        <w:shd w:val="clear" w:color="auto" w:fill="F7F9FB"/>
        <w:spacing w:before="160" w:after="160"/>
        <w:rPr>
          <w:rFonts w:ascii="Montserrat" w:hAnsi="Montserrat"/>
          <w:b/>
          <w:color w:val="F05A00"/>
          <w:sz w:val="14"/>
        </w:rPr>
      </w:pPr>
      <w:r>
        <w:rPr>
          <w:rFonts w:ascii="Montserrat" w:hAnsi="Montserrat"/>
          <w:b/>
          <w:color w:val="F05A00"/>
          <w:sz w:val="14"/>
        </w:rPr>
        <w:t>AI PROMPT TO COPY</w:t>
      </w:r>
      <w:r w:rsidR="002B7014">
        <w:rPr>
          <w:rFonts w:ascii="Montserrat" w:hAnsi="Montserrat"/>
          <w:b/>
          <w:color w:val="F05A00"/>
          <w:sz w:val="14"/>
        </w:rPr>
        <w:br/>
      </w:r>
      <w:r>
        <w:rPr>
          <w:rFonts w:ascii="Montserrat" w:hAnsi="Montserrat"/>
          <w:b/>
          <w:color w:val="F05A00"/>
          <w:sz w:val="14"/>
        </w:rPr>
        <w:br/>
      </w:r>
      <w:r>
        <w:rPr>
          <w:rFonts w:ascii="Montserrat" w:hAnsi="Montserrat"/>
          <w:color w:val="0D3A66"/>
          <w:sz w:val="18"/>
        </w:rPr>
        <w:t>"Create a simple customer support checklist for a new dropshipping store selling [product]. Cover common pre-purchase questions, order updates, delivery issues and return-related questions."</w:t>
      </w:r>
    </w:p>
    <w:p w14:paraId="10A35CB6" w14:textId="1A797EF9" w:rsidR="00237D59" w:rsidRPr="006F0B92" w:rsidRDefault="006F0B92">
      <w:pPr>
        <w:shd w:val="clear" w:color="auto" w:fill="F05A00"/>
        <w:spacing w:before="150" w:after="150"/>
        <w:jc w:val="center"/>
        <w:rPr>
          <w:color w:val="FFFFFF" w:themeColor="background1"/>
        </w:rPr>
      </w:pPr>
      <w:hyperlink r:id="rId6" w:history="1">
        <w:r w:rsidRPr="006F0B92">
          <w:rPr>
            <w:rStyle w:val="Hyperlink"/>
            <w:rFonts w:ascii="Segoe UI Emoji" w:hAnsi="Segoe UI Emoji" w:cs="Segoe UI Emoji"/>
            <w:b/>
            <w:color w:val="FFFFFF" w:themeColor="background1"/>
          </w:rPr>
          <w:t>🚀</w:t>
        </w:r>
        <w:r w:rsidR="001E6860">
          <w:rPr>
            <w:rStyle w:val="Hyperlink"/>
            <w:rFonts w:ascii="Segoe UI Emoji" w:hAnsi="Segoe UI Emoji" w:cs="Segoe UI Emoji"/>
            <w:b/>
            <w:color w:val="FFFFFF" w:themeColor="background1"/>
          </w:rPr>
          <w:t xml:space="preserve"> For Dropshipping in India,</w:t>
        </w:r>
        <w:r w:rsidRPr="006F0B92">
          <w:rPr>
            <w:rStyle w:val="Hyperlink"/>
            <w:b/>
            <w:color w:val="FFFFFF" w:themeColor="background1"/>
          </w:rPr>
          <w:t xml:space="preserve"> Get Started With Qikink</w:t>
        </w:r>
        <w:r w:rsidR="001E6860">
          <w:rPr>
            <w:rStyle w:val="Hyperlink"/>
            <w:b/>
            <w:color w:val="FFFFFF" w:themeColor="background1"/>
          </w:rPr>
          <w:t xml:space="preserve"> Today</w:t>
        </w:r>
        <w:r w:rsidRPr="006F0B92">
          <w:rPr>
            <w:rStyle w:val="Hyperlink"/>
            <w:b/>
            <w:color w:val="FFFFFF" w:themeColor="background1"/>
          </w:rPr>
          <w:t xml:space="preserve"> - Sign Up Now</w:t>
        </w:r>
      </w:hyperlink>
      <w:r w:rsidRPr="006F0B92">
        <w:rPr>
          <w:color w:val="FFFFFF" w:themeColor="background1"/>
        </w:rPr>
        <w:t xml:space="preserve"> </w:t>
      </w:r>
    </w:p>
    <w:sectPr w:rsidR="00237D59" w:rsidRPr="006F0B92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2961937">
    <w:abstractNumId w:val="8"/>
  </w:num>
  <w:num w:numId="2" w16cid:durableId="1464495053">
    <w:abstractNumId w:val="6"/>
  </w:num>
  <w:num w:numId="3" w16cid:durableId="1559590968">
    <w:abstractNumId w:val="5"/>
  </w:num>
  <w:num w:numId="4" w16cid:durableId="379791623">
    <w:abstractNumId w:val="4"/>
  </w:num>
  <w:num w:numId="5" w16cid:durableId="1525822503">
    <w:abstractNumId w:val="7"/>
  </w:num>
  <w:num w:numId="6" w16cid:durableId="1238709133">
    <w:abstractNumId w:val="3"/>
  </w:num>
  <w:num w:numId="7" w16cid:durableId="446702936">
    <w:abstractNumId w:val="2"/>
  </w:num>
  <w:num w:numId="8" w16cid:durableId="1705985776">
    <w:abstractNumId w:val="1"/>
  </w:num>
  <w:num w:numId="9" w16cid:durableId="229845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6860"/>
    <w:rsid w:val="0020595D"/>
    <w:rsid w:val="00237D59"/>
    <w:rsid w:val="0029639D"/>
    <w:rsid w:val="002B5951"/>
    <w:rsid w:val="002B7014"/>
    <w:rsid w:val="00312647"/>
    <w:rsid w:val="00326F90"/>
    <w:rsid w:val="00416C87"/>
    <w:rsid w:val="006F0B92"/>
    <w:rsid w:val="00742627"/>
    <w:rsid w:val="007C7147"/>
    <w:rsid w:val="009C7A1B"/>
    <w:rsid w:val="00A60DE3"/>
    <w:rsid w:val="00AA1D8D"/>
    <w:rsid w:val="00B47730"/>
    <w:rsid w:val="00C871F4"/>
    <w:rsid w:val="00CB0664"/>
    <w:rsid w:val="00DE4595"/>
    <w:rsid w:val="00EC499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F2B493"/>
  <w14:defaultImageDpi w14:val="300"/>
  <w15:docId w15:val="{5795BCD0-15AA-4882-863A-F5AAEEF45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6F0B9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0B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ignup.qikink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Ritenyasree V Y</cp:lastModifiedBy>
  <cp:revision>13</cp:revision>
  <dcterms:created xsi:type="dcterms:W3CDTF">2013-12-23T23:15:00Z</dcterms:created>
  <dcterms:modified xsi:type="dcterms:W3CDTF">2026-09-23T11:30:00Z</dcterms:modified>
  <cp:category/>
</cp:coreProperties>
</file>